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C05B39">
      <w:pPr>
        <w:jc w:val="center"/>
      </w:pPr>
      <w:r>
        <w:rPr>
          <w:b/>
          <w:sz w:val="32"/>
        </w:rPr>
        <w:t>SECTION 08 51 13 – ALUMINUM WINDOWS</w:t>
      </w:r>
    </w:p>
    <w:p w14:paraId="769A1F5E" w14:textId="2B94D25F" w:rsidR="009F73A5" w:rsidRDefault="0008384D" w:rsidP="005C55B7">
      <w:pPr>
        <w:jc w:val="center"/>
      </w:pPr>
      <w:r>
        <w:rPr>
          <w:b/>
          <w:sz w:val="26"/>
        </w:rPr>
        <w:t xml:space="preserve">Peerless </w:t>
      </w:r>
      <w:r w:rsidR="00C05B39">
        <w:rPr>
          <w:b/>
          <w:sz w:val="26"/>
        </w:rPr>
        <w:t>G2</w:t>
      </w:r>
      <w:r w:rsidR="006C6541">
        <w:rPr>
          <w:b/>
          <w:sz w:val="26"/>
        </w:rPr>
        <w:t>42 Offset Fixed over Fixed to Simulate Hung Windows</w:t>
      </w:r>
    </w:p>
    <w:p w14:paraId="11B24858" w14:textId="77777777" w:rsidR="009F73A5" w:rsidRDefault="00C05B39" w:rsidP="00545F38">
      <w:pPr>
        <w:spacing w:before="120" w:after="120" w:line="240" w:lineRule="auto"/>
      </w:pPr>
      <w:r>
        <w:rPr>
          <w:b/>
          <w:sz w:val="26"/>
        </w:rPr>
        <w:t>PART 1 – GENERAL</w:t>
      </w:r>
    </w:p>
    <w:p w14:paraId="7F8E20B8" w14:textId="77777777" w:rsidR="009F73A5" w:rsidRDefault="00C05B39" w:rsidP="00545F38">
      <w:pPr>
        <w:spacing w:before="120" w:after="120" w:line="240" w:lineRule="auto"/>
      </w:pPr>
      <w:r>
        <w:t>1.1 SECTION INCLUDES</w:t>
      </w:r>
    </w:p>
    <w:p w14:paraId="0A8A415C" w14:textId="5C685C80" w:rsidR="009F73A5" w:rsidRDefault="00C05B39" w:rsidP="00A8571B">
      <w:pPr>
        <w:spacing w:before="120" w:after="120" w:line="240" w:lineRule="auto"/>
        <w:ind w:left="900" w:hanging="360"/>
      </w:pPr>
      <w:r>
        <w:t xml:space="preserve">A. </w:t>
      </w:r>
      <w:r w:rsidR="009E4C78">
        <w:t xml:space="preserve">  </w:t>
      </w:r>
      <w:r w:rsidR="006C6541">
        <w:t xml:space="preserve">Peerless G242 Offset Fixed over Fixed Window. </w:t>
      </w:r>
      <w:r>
        <w:t>Thermally broken aluminum window system with simulated hung appearance.</w:t>
      </w:r>
    </w:p>
    <w:p w14:paraId="3C893E27" w14:textId="77777777" w:rsidR="009F73A5" w:rsidRDefault="00C05B39" w:rsidP="00545F38">
      <w:pPr>
        <w:spacing w:before="120" w:after="120" w:line="240" w:lineRule="auto"/>
      </w:pPr>
      <w:r>
        <w:t>1.2 RELATED SECTIONS</w:t>
      </w:r>
    </w:p>
    <w:p w14:paraId="7822457E" w14:textId="23E3FA52" w:rsidR="009F73A5" w:rsidRDefault="00C05B39" w:rsidP="00A8571B">
      <w:pPr>
        <w:spacing w:before="120" w:after="120" w:line="240" w:lineRule="auto"/>
        <w:ind w:left="900" w:hanging="360"/>
      </w:pPr>
      <w:r>
        <w:t>A.</w:t>
      </w:r>
      <w:r w:rsidR="009E4C78">
        <w:t xml:space="preserve">  </w:t>
      </w:r>
      <w:r>
        <w:t xml:space="preserve"> Section 07 92 00 – Joint Sealants</w:t>
      </w:r>
    </w:p>
    <w:p w14:paraId="55D0DF1E" w14:textId="3FB63A6E" w:rsidR="009F73A5" w:rsidRDefault="00C05B39" w:rsidP="00A8571B">
      <w:pPr>
        <w:spacing w:before="120" w:after="120" w:line="240" w:lineRule="auto"/>
        <w:ind w:left="900" w:hanging="360"/>
      </w:pPr>
      <w:r>
        <w:t xml:space="preserve">B. </w:t>
      </w:r>
      <w:r w:rsidR="009E4C78">
        <w:t xml:space="preserve">  </w:t>
      </w:r>
      <w:r>
        <w:t>Section 08 80 00 – Glazing</w:t>
      </w:r>
    </w:p>
    <w:p w14:paraId="490C74EA" w14:textId="77777777" w:rsidR="009F73A5" w:rsidRDefault="00C05B39" w:rsidP="00545F38">
      <w:pPr>
        <w:spacing w:before="120" w:after="120" w:line="240" w:lineRule="auto"/>
      </w:pPr>
      <w:r>
        <w:t>1.3 REFERENCES</w:t>
      </w:r>
    </w:p>
    <w:p w14:paraId="7DEE07E0" w14:textId="1E69EF60" w:rsidR="009F73A5" w:rsidRDefault="00C05B39" w:rsidP="00A8571B">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78566452"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AAMA/ WDMA/CSA 101/I.S.2/ A440-</w:t>
      </w:r>
      <w:r w:rsidR="006C6541">
        <w:t>17</w:t>
      </w:r>
      <w:r>
        <w:t xml:space="preserve"> </w:t>
      </w:r>
      <w:r w:rsidR="00545F38">
        <w:t>“</w:t>
      </w:r>
      <w:r>
        <w:t>Standard/Specification for windows, doors, and unit skylights</w:t>
      </w:r>
      <w:r w:rsidR="00545F38">
        <w:t>.”</w:t>
      </w:r>
    </w:p>
    <w:p w14:paraId="16CED8D3" w14:textId="3A00D68E"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701/702-11 </w:t>
      </w:r>
      <w:r w:rsidR="00545F38">
        <w:t>“</w:t>
      </w:r>
      <w:r>
        <w:t xml:space="preserve">Voluntary Specification for Pile Weatherstripping and Replaceable Fenestration </w:t>
      </w:r>
      <w:proofErr w:type="spellStart"/>
      <w:r>
        <w:t>Weatherseals</w:t>
      </w:r>
      <w:proofErr w:type="spellEnd"/>
      <w:r w:rsidR="00545F38">
        <w:t>.”</w:t>
      </w:r>
    </w:p>
    <w:p w14:paraId="37216CE2" w14:textId="392E2E98"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736FE02E" w14:textId="3EFEDCAB"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2255F6">
      <w:pPr>
        <w:pStyle w:val="ListParagraph"/>
        <w:widowControl w:val="0"/>
        <w:numPr>
          <w:ilvl w:val="3"/>
          <w:numId w:val="10"/>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5160243F" w:rsidR="00545F38" w:rsidRDefault="002255F6" w:rsidP="002255F6">
      <w:pPr>
        <w:widowControl w:val="0"/>
        <w:shd w:val="clear" w:color="auto" w:fill="FFFFFF"/>
        <w:autoSpaceDE w:val="0"/>
        <w:autoSpaceDN w:val="0"/>
        <w:adjustRightInd w:val="0"/>
        <w:spacing w:before="120" w:after="120" w:line="240" w:lineRule="auto"/>
        <w:ind w:left="1440" w:hanging="360"/>
      </w:pPr>
      <w:r>
        <w:t>8</w:t>
      </w:r>
      <w:r w:rsidR="00CE135F">
        <w:t>.</w:t>
      </w:r>
      <w:r>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49C7523A" w14:textId="01AD51A5" w:rsidR="00545F38" w:rsidRDefault="002255F6" w:rsidP="002255F6">
      <w:pPr>
        <w:widowControl w:val="0"/>
        <w:shd w:val="clear" w:color="auto" w:fill="FFFFFF"/>
        <w:autoSpaceDE w:val="0"/>
        <w:autoSpaceDN w:val="0"/>
        <w:adjustRightInd w:val="0"/>
        <w:spacing w:before="120" w:after="120" w:line="240" w:lineRule="auto"/>
        <w:ind w:left="1440" w:hanging="360"/>
      </w:pPr>
      <w:r>
        <w:t>9</w:t>
      </w:r>
      <w:r w:rsidR="00545F38">
        <w:t>.</w:t>
      </w:r>
      <w:r>
        <w:tab/>
      </w:r>
      <w:r w:rsidR="00CE135F" w:rsidRPr="00545F38">
        <w:t xml:space="preserve">AAMA CW-10-12 </w:t>
      </w:r>
      <w:r w:rsidR="00545F38">
        <w:t>“</w:t>
      </w:r>
      <w:r w:rsidR="00CE135F" w:rsidRPr="00545F38">
        <w:t>Care and Handling of Architectural Aluminum from Shop to Site</w:t>
      </w:r>
      <w:r w:rsidR="00545F38">
        <w:t>.”</w:t>
      </w:r>
    </w:p>
    <w:p w14:paraId="6B45FF22" w14:textId="3B0169D4" w:rsidR="00B21480" w:rsidRPr="00545F38" w:rsidRDefault="00545F38" w:rsidP="002255F6">
      <w:pPr>
        <w:widowControl w:val="0"/>
        <w:shd w:val="clear" w:color="auto" w:fill="FFFFFF"/>
        <w:autoSpaceDE w:val="0"/>
        <w:autoSpaceDN w:val="0"/>
        <w:adjustRightInd w:val="0"/>
        <w:spacing w:before="120" w:after="120" w:line="240" w:lineRule="auto"/>
        <w:ind w:left="1440" w:hanging="360"/>
      </w:pPr>
      <w:r>
        <w:t>1</w:t>
      </w:r>
      <w:r w:rsidR="002255F6">
        <w:t>0</w:t>
      </w:r>
      <w:r>
        <w:t>.</w:t>
      </w:r>
      <w:r w:rsidR="002255F6">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5753DFD3" w:rsidR="009F73A5" w:rsidRDefault="00B21480" w:rsidP="002255F6">
      <w:pPr>
        <w:pStyle w:val="ListParagraph"/>
        <w:numPr>
          <w:ilvl w:val="2"/>
          <w:numId w:val="10"/>
        </w:numPr>
        <w:spacing w:before="120" w:after="120" w:line="240" w:lineRule="auto"/>
        <w:ind w:left="900" w:hanging="360"/>
      </w:pPr>
      <w:r>
        <w:t>ASTM International:</w:t>
      </w:r>
    </w:p>
    <w:p w14:paraId="1D882442" w14:textId="03AD8B40"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E90-09 </w:t>
      </w:r>
      <w:r w:rsidR="00545F38">
        <w:t>“</w:t>
      </w:r>
      <w:r>
        <w:t>Standard Test Method for Laboratory Measurement of Airborne Sound Transmission Loss of Building Partitions and Elements</w:t>
      </w:r>
      <w:r w:rsidR="00545F38">
        <w:t>.”</w:t>
      </w:r>
    </w:p>
    <w:p w14:paraId="0AE3A8E9" w14:textId="471166CB"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lastRenderedPageBreak/>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C05B39" w:rsidP="00523A5E">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523A5E">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8A7BAD">
      <w:pPr>
        <w:widowControl w:val="0"/>
        <w:numPr>
          <w:ilvl w:val="3"/>
          <w:numId w:val="12"/>
        </w:numPr>
        <w:shd w:val="clear" w:color="auto" w:fill="FFFFFF"/>
        <w:tabs>
          <w:tab w:val="left" w:pos="1440"/>
        </w:tabs>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8A7BAD">
      <w:pPr>
        <w:widowControl w:val="0"/>
        <w:numPr>
          <w:ilvl w:val="3"/>
          <w:numId w:val="12"/>
        </w:numPr>
        <w:shd w:val="clear" w:color="auto" w:fill="FFFFFF"/>
        <w:tabs>
          <w:tab w:val="left" w:pos="1440"/>
        </w:tabs>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523A5E">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8A7BAD">
      <w:pPr>
        <w:widowControl w:val="0"/>
        <w:numPr>
          <w:ilvl w:val="3"/>
          <w:numId w:val="13"/>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8A7BAD">
      <w:pPr>
        <w:widowControl w:val="0"/>
        <w:numPr>
          <w:ilvl w:val="3"/>
          <w:numId w:val="13"/>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C05B39" w:rsidP="008E065D">
      <w:pPr>
        <w:spacing w:before="120" w:after="120" w:line="240" w:lineRule="auto"/>
      </w:pPr>
      <w:r>
        <w:t>1.4 SUBMITTALS</w:t>
      </w:r>
    </w:p>
    <w:p w14:paraId="174F5D92" w14:textId="77A38CC7" w:rsidR="00F27F23" w:rsidRDefault="00C05B39" w:rsidP="00523A5E">
      <w:pPr>
        <w:spacing w:before="120" w:after="120" w:line="240" w:lineRule="auto"/>
        <w:ind w:left="900" w:hanging="360"/>
      </w:pPr>
      <w:r>
        <w:t xml:space="preserve">A. </w:t>
      </w:r>
      <w:r w:rsidR="009E4C78">
        <w:t xml:space="preserve">  </w:t>
      </w:r>
      <w:r>
        <w:t>Product Data</w:t>
      </w:r>
      <w:r w:rsidR="00F27F23">
        <w:t>: test reports or waiver from an AAMA accredited laboratory; manufacturer’s specifications.</w:t>
      </w:r>
    </w:p>
    <w:p w14:paraId="2017E301" w14:textId="40A3499F" w:rsidR="00F27F23" w:rsidRDefault="00F27F23" w:rsidP="00523A5E">
      <w:pPr>
        <w:spacing w:before="120" w:after="120" w:line="240" w:lineRule="auto"/>
        <w:ind w:left="900" w:hanging="360"/>
      </w:pPr>
      <w:r>
        <w:lastRenderedPageBreak/>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523A5E">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C05B39" w:rsidP="008E065D">
      <w:pPr>
        <w:spacing w:before="120" w:after="120" w:line="240" w:lineRule="auto"/>
      </w:pPr>
      <w:r>
        <w:t>1.5 QUALITY ASSURANCE</w:t>
      </w:r>
    </w:p>
    <w:p w14:paraId="56F9B450" w14:textId="5EAA0D4B" w:rsidR="009F73A5" w:rsidRDefault="00C05B39" w:rsidP="00523A5E">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C05B39" w:rsidP="008E065D">
      <w:pPr>
        <w:spacing w:before="120" w:after="120" w:line="240" w:lineRule="auto"/>
      </w:pPr>
      <w:r>
        <w:t>1.6 MOCK-UP</w:t>
      </w:r>
    </w:p>
    <w:p w14:paraId="4DB955F1" w14:textId="28D5FF93" w:rsidR="00F27F23" w:rsidRDefault="00C05B39" w:rsidP="00523A5E">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C05B39" w:rsidP="008E065D">
      <w:pPr>
        <w:spacing w:before="120" w:after="120" w:line="240" w:lineRule="auto"/>
      </w:pPr>
      <w:r>
        <w:t>1.7 DELIVERY, STORAGE, AND HANDLING</w:t>
      </w:r>
    </w:p>
    <w:p w14:paraId="251AFC46" w14:textId="663FEE36" w:rsidR="00F27F23" w:rsidRDefault="00F27F23"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74EF7A43" w14:textId="3163C3E1" w:rsidR="00963C07" w:rsidRDefault="00963C07"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 xml:space="preserve">Protection film will be used on interior glass surface, exterior glass surface, and applied to window frames. </w:t>
      </w:r>
    </w:p>
    <w:p w14:paraId="174CC107" w14:textId="03C7D3DF" w:rsidR="00F27F23" w:rsidRDefault="00F27F23"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Handle and protect windows and accessories in accordance with AAMA CW-10-15 until project completion.</w:t>
      </w:r>
    </w:p>
    <w:p w14:paraId="4D5AE468" w14:textId="32A14B7C" w:rsidR="00963C07" w:rsidRDefault="00963C07"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 xml:space="preserve">All window products will be palletized and security wrapped prior to shipment. </w:t>
      </w:r>
    </w:p>
    <w:p w14:paraId="286445D7" w14:textId="38913223" w:rsidR="009F73A5" w:rsidRDefault="00C05B39" w:rsidP="008E065D">
      <w:pPr>
        <w:pStyle w:val="ListParagraph"/>
        <w:numPr>
          <w:ilvl w:val="1"/>
          <w:numId w:val="16"/>
        </w:numPr>
        <w:spacing w:before="120" w:after="120" w:line="240" w:lineRule="auto"/>
      </w:pPr>
      <w:r>
        <w:t>PROJECT CONDITIONS</w:t>
      </w:r>
    </w:p>
    <w:p w14:paraId="487CC45A" w14:textId="2287ACE1" w:rsidR="00F27F23" w:rsidRDefault="00C05B39" w:rsidP="00523A5E">
      <w:pPr>
        <w:pStyle w:val="ListParagraph"/>
        <w:widowControl w:val="0"/>
        <w:shd w:val="clear" w:color="auto" w:fill="FFFFFF"/>
        <w:autoSpaceDE w:val="0"/>
        <w:autoSpaceDN w:val="0"/>
        <w:adjustRightInd w:val="0"/>
        <w:spacing w:before="120" w:after="120" w:line="240" w:lineRule="auto"/>
        <w:ind w:left="900" w:hanging="360"/>
      </w:pPr>
      <w:r>
        <w:t>A.</w:t>
      </w:r>
      <w:r w:rsidR="00D20498">
        <w:tab/>
      </w:r>
      <w:r w:rsidR="00F27F23">
        <w:t>Maintain environmental conditions (temperature, humidity, and ventilation) within limits recommended by manufacturer for optimum results. Do not install products under environmental conditions outside manufacturer's absolute limits.</w:t>
      </w:r>
    </w:p>
    <w:p w14:paraId="60D8F114" w14:textId="758589EF" w:rsidR="009F73A5" w:rsidRDefault="00C05B39" w:rsidP="008E065D">
      <w:pPr>
        <w:spacing w:before="120" w:after="120" w:line="240" w:lineRule="auto"/>
      </w:pPr>
      <w:r>
        <w:t>1.9 WARRANTY</w:t>
      </w:r>
    </w:p>
    <w:p w14:paraId="4ED70C6D" w14:textId="77777777" w:rsidR="00034267" w:rsidRDefault="00034267" w:rsidP="00034267">
      <w:pPr>
        <w:widowControl w:val="0"/>
        <w:numPr>
          <w:ilvl w:val="3"/>
          <w:numId w:val="17"/>
        </w:numPr>
        <w:shd w:val="clear" w:color="auto" w:fill="FFFFFF"/>
        <w:autoSpaceDE w:val="0"/>
        <w:autoSpaceDN w:val="0"/>
        <w:adjustRightInd w:val="0"/>
        <w:spacing w:before="120" w:after="120" w:line="240" w:lineRule="auto"/>
        <w:ind w:left="1440" w:hanging="360"/>
      </w:pPr>
      <w:r>
        <w:t>Windows: Manufacturer shall warrant windows, doors and accessories for 10 years, inswing windows, doors and accessories for 15 years and curtainwall for 1 year against defects in material and workmanship.</w:t>
      </w:r>
    </w:p>
    <w:p w14:paraId="2BF9D494" w14:textId="4F60BC6A" w:rsidR="00A16F43" w:rsidRDefault="00A16F43" w:rsidP="008A7BAD">
      <w:pPr>
        <w:widowControl w:val="0"/>
        <w:numPr>
          <w:ilvl w:val="3"/>
          <w:numId w:val="17"/>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8A7BAD">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0D12551A" w14:textId="2B60942C" w:rsidR="00A16F43" w:rsidRDefault="00A16F43" w:rsidP="008A7BAD">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340CADE7" w14:textId="77777777" w:rsidR="00A16F43" w:rsidRDefault="00A16F43" w:rsidP="008E065D">
      <w:pPr>
        <w:spacing w:before="120" w:after="120" w:line="240" w:lineRule="auto"/>
        <w:rPr>
          <w:b/>
          <w:sz w:val="26"/>
        </w:rPr>
      </w:pPr>
    </w:p>
    <w:p w14:paraId="47273625" w14:textId="180FDFE2" w:rsidR="009F73A5" w:rsidRDefault="00C05B39" w:rsidP="008E065D">
      <w:pPr>
        <w:spacing w:before="120" w:after="120" w:line="240" w:lineRule="auto"/>
      </w:pPr>
      <w:r>
        <w:rPr>
          <w:b/>
          <w:sz w:val="26"/>
        </w:rPr>
        <w:t>PART 2 – PRODUCTS</w:t>
      </w:r>
    </w:p>
    <w:p w14:paraId="465513C4" w14:textId="77777777" w:rsidR="009F73A5" w:rsidRDefault="00C05B39" w:rsidP="008E065D">
      <w:pPr>
        <w:spacing w:before="120" w:after="120" w:line="240" w:lineRule="auto"/>
      </w:pPr>
      <w:r>
        <w:t>2.1 MANUFACTURER</w:t>
      </w:r>
    </w:p>
    <w:p w14:paraId="35A13CF3" w14:textId="54E27B4D"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Acceptable Manufacturer:</w:t>
      </w:r>
    </w:p>
    <w:p w14:paraId="6BBCAC99" w14:textId="77777777" w:rsidR="0072407C" w:rsidRDefault="0072407C" w:rsidP="0072407C">
      <w:pPr>
        <w:pStyle w:val="ListParagraph"/>
        <w:widowControl w:val="0"/>
        <w:numPr>
          <w:ilvl w:val="3"/>
          <w:numId w:val="18"/>
        </w:numPr>
        <w:shd w:val="clear" w:color="auto" w:fill="FFFFFF"/>
        <w:autoSpaceDE w:val="0"/>
        <w:autoSpaceDN w:val="0"/>
        <w:adjustRightInd w:val="0"/>
        <w:spacing w:before="120" w:after="120" w:line="240" w:lineRule="auto"/>
        <w:ind w:left="1440" w:hanging="360"/>
      </w:pPr>
      <w:r>
        <w:t>Peerless Products Inc., 2403 S. Main St., Ft. Scott, KS 66701</w:t>
      </w:r>
    </w:p>
    <w:p w14:paraId="4036691C"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Tel: 620-223-4610</w:t>
      </w:r>
      <w:r>
        <w:tab/>
        <w:t xml:space="preserve">Email: </w:t>
      </w:r>
      <w:hyperlink r:id="rId6" w:history="1">
        <w:r w:rsidRPr="00DD5382">
          <w:rPr>
            <w:rStyle w:val="Hyperlink"/>
          </w:rPr>
          <w:t>info@peerlessproducts.com</w:t>
        </w:r>
      </w:hyperlink>
    </w:p>
    <w:p w14:paraId="026B3702" w14:textId="77777777" w:rsidR="0072407C" w:rsidRPr="00C20D3A" w:rsidRDefault="0072407C" w:rsidP="0072407C">
      <w:pPr>
        <w:pStyle w:val="ListParagraph"/>
        <w:widowControl w:val="0"/>
        <w:shd w:val="clear" w:color="auto" w:fill="FFFFFF"/>
        <w:autoSpaceDE w:val="0"/>
        <w:autoSpaceDN w:val="0"/>
        <w:adjustRightInd w:val="0"/>
        <w:spacing w:before="120" w:after="120" w:line="240" w:lineRule="auto"/>
        <w:ind w:left="1440"/>
        <w:rPr>
          <w:sz w:val="10"/>
          <w:szCs w:val="10"/>
        </w:rPr>
      </w:pPr>
    </w:p>
    <w:p w14:paraId="662A076A"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lastRenderedPageBreak/>
        <w:t>Peerless Commercial Applications Group, 2702 N. State St., Iola, KS 66749</w:t>
      </w:r>
    </w:p>
    <w:p w14:paraId="756B567B"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Tel: 620-644-4348</w:t>
      </w:r>
      <w:r>
        <w:tab/>
        <w:t xml:space="preserve">Email: </w:t>
      </w:r>
      <w:hyperlink r:id="rId7" w:history="1">
        <w:r w:rsidRPr="00DD5382">
          <w:rPr>
            <w:rStyle w:val="Hyperlink"/>
          </w:rPr>
          <w:t>info@peerlessproducts.com</w:t>
        </w:r>
      </w:hyperlink>
    </w:p>
    <w:p w14:paraId="31E1AFE2" w14:textId="77777777" w:rsidR="0072407C" w:rsidRPr="00C20D3A" w:rsidRDefault="0072407C" w:rsidP="0072407C">
      <w:pPr>
        <w:pStyle w:val="ListParagraph"/>
        <w:widowControl w:val="0"/>
        <w:shd w:val="clear" w:color="auto" w:fill="FFFFFF"/>
        <w:autoSpaceDE w:val="0"/>
        <w:autoSpaceDN w:val="0"/>
        <w:adjustRightInd w:val="0"/>
        <w:spacing w:before="120" w:after="120" w:line="240" w:lineRule="auto"/>
        <w:ind w:left="1440"/>
        <w:rPr>
          <w:sz w:val="10"/>
          <w:szCs w:val="10"/>
        </w:rPr>
      </w:pPr>
    </w:p>
    <w:p w14:paraId="3A254D0A"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Peerless Innovative Solutions Group, 1800 N. Industrial Highway, Nevada, MO 64772</w:t>
      </w:r>
    </w:p>
    <w:p w14:paraId="33FC28F9" w14:textId="611B0688"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Tel: 417-283-4768</w:t>
      </w:r>
      <w:r>
        <w:tab/>
        <w:t xml:space="preserve">Email: </w:t>
      </w:r>
      <w:hyperlink r:id="rId8" w:history="1">
        <w:r w:rsidRPr="00DD5382">
          <w:rPr>
            <w:rStyle w:val="Hyperlink"/>
          </w:rPr>
          <w:t>info@peerlessproducts.com</w:t>
        </w:r>
      </w:hyperlink>
    </w:p>
    <w:p w14:paraId="1589CE91" w14:textId="4370C241"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57D903AA"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Substitutions: Not permitted.</w:t>
      </w:r>
    </w:p>
    <w:p w14:paraId="43E15C80" w14:textId="5BC07F95"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r>
        <w:t>Section 01 60 00 - Product Requirements.</w:t>
      </w:r>
    </w:p>
    <w:p w14:paraId="48E41660" w14:textId="3B6E789C" w:rsidR="009F73A5" w:rsidRDefault="00E34294" w:rsidP="00D20498">
      <w:pPr>
        <w:widowControl w:val="0"/>
        <w:numPr>
          <w:ilvl w:val="2"/>
          <w:numId w:val="18"/>
        </w:numPr>
        <w:shd w:val="clear" w:color="auto" w:fill="FFFFFF"/>
        <w:autoSpaceDE w:val="0"/>
        <w:autoSpaceDN w:val="0"/>
        <w:adjustRightInd w:val="0"/>
        <w:spacing w:before="120" w:after="120" w:line="240" w:lineRule="auto"/>
        <w:ind w:left="900" w:hanging="360"/>
      </w:pPr>
      <w:r>
        <w:t>Basis of Design: G200 Series Simulated Hung Windows</w:t>
      </w:r>
    </w:p>
    <w:p w14:paraId="713B4859" w14:textId="77777777" w:rsidR="009F73A5" w:rsidRDefault="00C05B39" w:rsidP="008E065D">
      <w:pPr>
        <w:spacing w:before="120" w:after="120" w:line="240" w:lineRule="auto"/>
      </w:pPr>
      <w:r>
        <w:t>2.2 WINDOW TYPES</w:t>
      </w:r>
    </w:p>
    <w:p w14:paraId="0A53789E" w14:textId="56A86B66" w:rsidR="009F73A5" w:rsidRDefault="00C05B39" w:rsidP="0072407C">
      <w:pPr>
        <w:spacing w:before="120" w:after="120" w:line="240" w:lineRule="auto"/>
        <w:ind w:left="900" w:hanging="360"/>
      </w:pPr>
      <w:r>
        <w:t>A.</w:t>
      </w:r>
      <w:r w:rsidR="00E34294">
        <w:t xml:space="preserve">   </w:t>
      </w:r>
      <w:r w:rsidR="00A16F43">
        <w:t xml:space="preserve">Peerless </w:t>
      </w:r>
      <w:r>
        <w:t xml:space="preserve">G242 – </w:t>
      </w:r>
      <w:r w:rsidR="00A16F43">
        <w:t xml:space="preserve">Offset </w:t>
      </w:r>
      <w:r>
        <w:t>Fixed over Fixed</w:t>
      </w:r>
      <w:r w:rsidR="00A16F43">
        <w:t xml:space="preserve"> Thermal Aluminum Window</w:t>
      </w:r>
    </w:p>
    <w:p w14:paraId="336E5D4F" w14:textId="33F00114" w:rsidR="00A16F43" w:rsidRDefault="009736D6" w:rsidP="0072407C">
      <w:pPr>
        <w:spacing w:before="120" w:after="120" w:line="240" w:lineRule="auto"/>
        <w:ind w:left="1440" w:hanging="360"/>
      </w:pPr>
      <w:r>
        <w:t>1.</w:t>
      </w:r>
      <w:r>
        <w:tab/>
      </w:r>
      <w:r w:rsidR="00A16F43">
        <w:t xml:space="preserve">AAMA Certification: Conformance with AW </w:t>
      </w:r>
      <w:r w:rsidR="00884B23">
        <w:t>8</w:t>
      </w:r>
      <w:r w:rsidR="005C55B7">
        <w:t>0</w:t>
      </w:r>
      <w:r w:rsidR="00ED6241">
        <w:t xml:space="preserve"> </w:t>
      </w:r>
      <w:r w:rsidR="001A476C">
        <w:t>at product test size of 60 inches (1524 mm) by 99 inches (</w:t>
      </w:r>
      <w:r w:rsidR="000E2274">
        <w:t xml:space="preserve">2514 mm). </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9736D6">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0CAAA1BD" w14:textId="6FA4B388" w:rsidR="00AA72ED" w:rsidRDefault="00AA72ED" w:rsidP="009736D6">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2BFB7B6C" w14:textId="363390AA" w:rsidR="00AA72ED" w:rsidRDefault="006C6541" w:rsidP="009736D6">
      <w:pPr>
        <w:spacing w:before="120" w:after="120" w:line="240" w:lineRule="auto"/>
        <w:ind w:left="900" w:hanging="360"/>
      </w:pPr>
      <w:r>
        <w:t>C</w:t>
      </w:r>
      <w:r w:rsidR="00AA72ED">
        <w:t>.</w:t>
      </w:r>
      <w:r w:rsidR="00AA72ED">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3625ADAA" w:rsidR="00AA72ED" w:rsidRDefault="006C6541" w:rsidP="009736D6">
      <w:pPr>
        <w:spacing w:before="120" w:after="120" w:line="240" w:lineRule="auto"/>
        <w:ind w:left="900" w:hanging="360"/>
      </w:pPr>
      <w:r>
        <w:t>D</w:t>
      </w:r>
      <w:r w:rsidR="00AA72ED">
        <w:t>.</w:t>
      </w:r>
      <w:r w:rsidR="00AA72ED">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Meeting rail utilized in design to offset the top lite of glass from the bottom </w:t>
      </w:r>
      <w:proofErr w:type="spellStart"/>
      <w:r w:rsidR="0035490A" w:rsidRPr="00AA72ED">
        <w:t>lite</w:t>
      </w:r>
      <w:proofErr w:type="spellEnd"/>
      <w:r w:rsidR="0035490A" w:rsidRPr="00AA72ED">
        <w:t xml:space="preserve"> of glass. Designed to simulate the look of an older style hung window, with improved longevity and performance.</w:t>
      </w:r>
    </w:p>
    <w:p w14:paraId="729EE80E" w14:textId="2B11DD3C" w:rsidR="00AA72ED" w:rsidRDefault="00AA72ED" w:rsidP="008A7BAD">
      <w:pPr>
        <w:spacing w:after="0" w:line="240" w:lineRule="auto"/>
        <w:ind w:left="1440" w:hanging="360"/>
      </w:pPr>
      <w:r>
        <w:t>1.</w:t>
      </w:r>
      <w:r w:rsidR="009736D6">
        <w:tab/>
      </w:r>
      <w:r w:rsidR="00FD7DB2" w:rsidRPr="00AA72ED">
        <w:t>Frame Depth: 3-1/4 inches (83 mm).</w:t>
      </w:r>
    </w:p>
    <w:p w14:paraId="5DC664F0" w14:textId="0AB45050" w:rsidR="00AA72ED" w:rsidRDefault="00AA72ED" w:rsidP="008A7BAD">
      <w:pPr>
        <w:spacing w:after="0" w:line="240" w:lineRule="auto"/>
        <w:ind w:left="1440" w:hanging="360"/>
      </w:pPr>
      <w:r>
        <w:t>2.</w:t>
      </w:r>
      <w:r w:rsidR="00367F88">
        <w:tab/>
      </w:r>
      <w:r w:rsidR="00FD7DB2" w:rsidRPr="00AA72ED">
        <w:t>Fabricated with equal-leg flange frame.</w:t>
      </w:r>
    </w:p>
    <w:p w14:paraId="36F3A0E6" w14:textId="757A04E9" w:rsidR="00AA72ED" w:rsidRDefault="00AA72ED" w:rsidP="008A7BAD">
      <w:pPr>
        <w:spacing w:after="0" w:line="240" w:lineRule="auto"/>
        <w:ind w:left="1440" w:hanging="360"/>
      </w:pPr>
      <w:r>
        <w:t>3.</w:t>
      </w:r>
      <w:r w:rsidR="005A4D1A">
        <w:tab/>
      </w:r>
      <w:r w:rsidR="00FD7DB2" w:rsidRPr="00AA72ED">
        <w:t>Fabricated with</w:t>
      </w:r>
      <w:r w:rsidR="0006699B">
        <w:t xml:space="preserve"> </w:t>
      </w:r>
      <w:r w:rsidR="00FD7DB2" w:rsidRPr="00AA72ED">
        <w:t>nailing fin frame.</w:t>
      </w:r>
    </w:p>
    <w:p w14:paraId="3E521733" w14:textId="084BC5FE" w:rsidR="00AA72ED" w:rsidRDefault="00AA72ED" w:rsidP="008A7BAD">
      <w:pPr>
        <w:spacing w:after="0" w:line="240" w:lineRule="auto"/>
        <w:ind w:left="1440" w:hanging="360"/>
      </w:pPr>
      <w:r>
        <w:t>4.</w:t>
      </w:r>
      <w:r w:rsidR="005A4D1A">
        <w:tab/>
      </w:r>
      <w:r w:rsidR="009B6E0C" w:rsidRPr="00AA72ED">
        <w:t>Interior and exterior protective film applied to window frames.</w:t>
      </w:r>
    </w:p>
    <w:p w14:paraId="1A4800CE" w14:textId="0C6E20C3" w:rsidR="00AA72ED" w:rsidRDefault="006C6541" w:rsidP="0006699B">
      <w:pPr>
        <w:spacing w:before="120" w:after="120" w:line="240" w:lineRule="auto"/>
        <w:ind w:left="900" w:hanging="360"/>
      </w:pPr>
      <w:r>
        <w:t>E</w:t>
      </w:r>
      <w:r w:rsidR="00AA72ED">
        <w:t>.</w:t>
      </w:r>
      <w:r w:rsidR="00AA72ED">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6861211C" w14:textId="0696447B" w:rsidR="00963C07" w:rsidRDefault="00963C07" w:rsidP="008A7BAD">
      <w:pPr>
        <w:spacing w:before="120" w:after="120" w:line="240" w:lineRule="auto"/>
        <w:ind w:left="1440" w:hanging="360"/>
      </w:pPr>
      <w:r>
        <w:t>1.</w:t>
      </w:r>
      <w:r w:rsidR="0006699B">
        <w:tab/>
      </w:r>
      <w:r>
        <w:t xml:space="preserve">True divided integral horizontal meeting rail creating a single assembly to simulate hung windows. Stacking horizontal assemblies will not be accepted. </w:t>
      </w:r>
    </w:p>
    <w:p w14:paraId="2AC6CC5F" w14:textId="66789573" w:rsidR="006A5436" w:rsidRDefault="006A5436" w:rsidP="008A7BAD">
      <w:pPr>
        <w:spacing w:before="120" w:after="120" w:line="240" w:lineRule="auto"/>
        <w:ind w:left="1440" w:hanging="360"/>
      </w:pPr>
      <w:r>
        <w:lastRenderedPageBreak/>
        <w:t>2.</w:t>
      </w:r>
      <w:r w:rsidR="0006699B">
        <w:tab/>
      </w:r>
      <w:r w:rsidRPr="006A5436">
        <w:t xml:space="preserve">Upper lite face of glass to the lower lite face of glass offset anywhere from 1 3/16 inches (with grids), up to 1 </w:t>
      </w:r>
      <w:r w:rsidR="00A413D6">
        <w:t>9/16</w:t>
      </w:r>
      <w:r w:rsidRPr="006A5436">
        <w:t xml:space="preserve"> inches (custom, without grids).</w:t>
      </w:r>
    </w:p>
    <w:p w14:paraId="2040EE0A" w14:textId="2341C7CA" w:rsidR="00AA72ED" w:rsidRDefault="006C6541" w:rsidP="0006699B">
      <w:pPr>
        <w:spacing w:before="120" w:after="120" w:line="240" w:lineRule="auto"/>
        <w:ind w:left="900" w:hanging="360"/>
      </w:pPr>
      <w:r>
        <w:t>F</w:t>
      </w:r>
      <w:r w:rsidR="00AA72ED">
        <w:t>.</w:t>
      </w:r>
      <w:r w:rsidR="00AA72ED">
        <w:tab/>
      </w:r>
      <w:r w:rsidR="00FD7DB2" w:rsidRPr="00AA72ED">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3953EAEB" w14:textId="74F32E3A" w:rsidR="006A5436" w:rsidRDefault="006A5436" w:rsidP="008A7BAD">
      <w:pPr>
        <w:spacing w:before="120" w:after="120" w:line="240" w:lineRule="auto"/>
        <w:ind w:left="1440" w:hanging="360"/>
      </w:pPr>
      <w:r>
        <w:t>1.</w:t>
      </w:r>
      <w:r w:rsidR="0006699B">
        <w:tab/>
      </w:r>
      <w:r>
        <w:t xml:space="preserve">Minimum thermal break depth of 1 5/16 inches. Any depth less than this will not be accepted. </w:t>
      </w:r>
    </w:p>
    <w:p w14:paraId="719FEBCB" w14:textId="13A58F87" w:rsidR="00AA72ED" w:rsidRDefault="006C6541" w:rsidP="0006699B">
      <w:pPr>
        <w:spacing w:before="120" w:after="120" w:line="240" w:lineRule="auto"/>
        <w:ind w:left="900" w:hanging="360"/>
      </w:pPr>
      <w:r>
        <w:t>G</w:t>
      </w:r>
      <w:r w:rsidR="00AA72ED">
        <w:t>.</w:t>
      </w:r>
      <w:r w:rsidR="00AA72ED">
        <w:tab/>
      </w:r>
      <w:r w:rsidR="00FD7DB2" w:rsidRPr="00AA72ED">
        <w:t xml:space="preserve">Glazing: exterior </w:t>
      </w:r>
      <w:r w:rsidR="00E34294" w:rsidRPr="00AA72ED">
        <w:t xml:space="preserve">Dry Glaze </w:t>
      </w:r>
      <w:r w:rsidR="00FD7DB2" w:rsidRPr="00AA72ED">
        <w:t xml:space="preserve">foam gasket; 1 inch (25 mm) insulating glass;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30E1C9AA" w:rsidR="00AA72ED" w:rsidRDefault="006C6541" w:rsidP="0006699B">
      <w:pPr>
        <w:spacing w:before="120" w:after="120" w:line="240" w:lineRule="auto"/>
        <w:ind w:left="900" w:hanging="360"/>
      </w:pPr>
      <w:r>
        <w:t>H</w:t>
      </w:r>
      <w:r w:rsidR="00AA72ED">
        <w:t>.</w:t>
      </w:r>
      <w:r w:rsidR="00AA72ED">
        <w:tab/>
      </w:r>
      <w:r w:rsidR="005C008D" w:rsidRPr="00AA72ED">
        <w:t>Wet seal of glass to frame glazing leg is not acceptable.</w:t>
      </w:r>
    </w:p>
    <w:p w14:paraId="40C0328A" w14:textId="6A3131DF" w:rsidR="005E20AC" w:rsidRDefault="006C6541" w:rsidP="0006699B">
      <w:pPr>
        <w:spacing w:before="120" w:after="120" w:line="240" w:lineRule="auto"/>
        <w:ind w:left="900" w:hanging="360"/>
      </w:pPr>
      <w:r>
        <w:t>I</w:t>
      </w:r>
      <w:r w:rsidR="00AA72ED">
        <w:t>.</w:t>
      </w:r>
      <w:r w:rsidR="00AA72ED">
        <w:tab/>
      </w:r>
      <w:r w:rsidR="00FD7DB2" w:rsidRPr="00AA72ED">
        <w:t xml:space="preserve">Weatherstrip: secured in extruded ports; </w:t>
      </w:r>
      <w:r w:rsidR="00E34294" w:rsidRPr="00AA72ED">
        <w:t xml:space="preserve">Compression </w:t>
      </w:r>
      <w:r w:rsidR="00FD7DB2" w:rsidRPr="00AA72ED">
        <w:t>seals conforming to AAMA 702-11; flap seal single row mounted on the vent interior on the bottom rail, top rail, and stiles; center vent gasket seal single internal row mounted on the head, sill and jamb frame members.</w:t>
      </w:r>
      <w:r w:rsidR="00E57E57" w:rsidRPr="00AA72ED">
        <w:t xml:space="preserve"> Compression seals only, sliding seals will not be allowed.</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06699B">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06699B">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020DEB27" w14:textId="4AD05E19" w:rsidR="005E20AC" w:rsidRDefault="005E20AC" w:rsidP="0006699B">
      <w:pPr>
        <w:spacing w:before="120" w:after="120" w:line="240" w:lineRule="auto"/>
        <w:ind w:left="900" w:hanging="360"/>
      </w:pPr>
      <w:r>
        <w:t>C.</w:t>
      </w:r>
      <w:r>
        <w:tab/>
      </w:r>
      <w:r w:rsidR="00E5678E" w:rsidRPr="005E20AC">
        <w:t>Uniform Deflection: No more than L/175 when tested per ASTM E330-14 at a static air pressure difference of:</w:t>
      </w:r>
      <w:r w:rsidR="00000F3A">
        <w:t xml:space="preserve"> </w:t>
      </w:r>
      <w:r w:rsidR="00E5678E" w:rsidRPr="005E20AC">
        <w:t xml:space="preserve">G242 Offset Fixed over Fixed – </w:t>
      </w:r>
      <w:r w:rsidR="00884B23">
        <w:t>8</w:t>
      </w:r>
      <w:r w:rsidR="00E57E57" w:rsidRPr="005E20AC">
        <w:t>0</w:t>
      </w:r>
      <w:r w:rsidR="00E5678E" w:rsidRPr="005E20AC">
        <w:t xml:space="preserve"> psf.</w:t>
      </w:r>
    </w:p>
    <w:p w14:paraId="121C875D" w14:textId="1B7954F9" w:rsidR="005E20AC" w:rsidRDefault="005E20AC" w:rsidP="0006699B">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000F3A">
        <w:t xml:space="preserve"> </w:t>
      </w:r>
      <w:r w:rsidR="00E5678E" w:rsidRPr="005E20AC">
        <w:t xml:space="preserve">G242 Offset Fixed over Fixed – </w:t>
      </w:r>
      <w:r w:rsidR="009B6E0C" w:rsidRPr="005E20AC">
        <w:t>1</w:t>
      </w:r>
      <w:r w:rsidR="00F346C3">
        <w:t>20</w:t>
      </w:r>
      <w:r w:rsidR="00E5678E" w:rsidRPr="005E20AC">
        <w:t xml:space="preserve"> psf.</w:t>
      </w:r>
    </w:p>
    <w:p w14:paraId="415A5ABC" w14:textId="77777777" w:rsidR="005E20AC" w:rsidRDefault="005E20AC" w:rsidP="0006699B">
      <w:pPr>
        <w:spacing w:before="120" w:after="120" w:line="240" w:lineRule="auto"/>
        <w:ind w:left="900" w:hanging="360"/>
      </w:pPr>
      <w:r>
        <w:t>E.</w:t>
      </w:r>
      <w:r>
        <w:tab/>
      </w:r>
      <w:r w:rsidR="00E5678E" w:rsidRPr="005E20AC">
        <w:t>Forced-Entry Resistance: Latching devices shall provide reasonable security against forced entry and the test window shall achieve a Grade 40 when tested per ASTM F588-07.</w:t>
      </w:r>
    </w:p>
    <w:p w14:paraId="35366D1F" w14:textId="571F1BC7" w:rsidR="002A43C9" w:rsidRDefault="00000F3A" w:rsidP="0006699B">
      <w:pPr>
        <w:spacing w:before="120" w:after="120" w:line="240" w:lineRule="auto"/>
        <w:ind w:left="900" w:hanging="360"/>
      </w:pPr>
      <w:r>
        <w:t>F</w:t>
      </w:r>
      <w:r w:rsidR="005E20AC">
        <w:t>.</w:t>
      </w:r>
      <w:r w:rsidR="005E20AC">
        <w:tab/>
      </w:r>
      <w:r w:rsidR="00A01EF3">
        <w:t xml:space="preserve">Peerless </w:t>
      </w:r>
      <w:r w:rsidR="002A43C9">
        <w:t xml:space="preserve">G241 Fixed Thermal NFRC Simulation: Thermal computer simulation per NFRC 100-2010 on a 60 inches by 99 inches (1524 mm by 2515 mm) test size glazed with 1 inch (25 mm) insulating made with 1/4 inch (6 mm) soft coat low E coating on surface #2, argon gas in the airspace made with a stainless steel spacer, and 1/4 inch (6 mm) clear glass, with the following test result: </w:t>
      </w:r>
    </w:p>
    <w:p w14:paraId="04051B67" w14:textId="3747125C" w:rsidR="002A43C9" w:rsidRDefault="002A43C9" w:rsidP="008A7BAD">
      <w:pPr>
        <w:widowControl w:val="0"/>
        <w:numPr>
          <w:ilvl w:val="3"/>
          <w:numId w:val="23"/>
        </w:numPr>
        <w:shd w:val="clear" w:color="auto" w:fill="FFFFFF"/>
        <w:autoSpaceDE w:val="0"/>
        <w:autoSpaceDN w:val="0"/>
        <w:adjustRightInd w:val="0"/>
        <w:spacing w:before="120" w:after="120" w:line="240" w:lineRule="auto"/>
        <w:ind w:left="1440"/>
      </w:pPr>
      <w:r>
        <w:t>Standardized Thermal Transmittance to be maximum 0.297</w:t>
      </w:r>
      <w:r w:rsidR="00186F2A">
        <w:t xml:space="preserve"> </w:t>
      </w:r>
      <w:r w:rsidR="00186F2A" w:rsidRPr="00186F2A">
        <w:t>btu/(</w:t>
      </w:r>
      <w:proofErr w:type="spellStart"/>
      <w:r w:rsidR="00186F2A" w:rsidRPr="00186F2A">
        <w:t>hr</w:t>
      </w:r>
      <w:proofErr w:type="spellEnd"/>
      <w:r w:rsidR="00186F2A" w:rsidRPr="00186F2A">
        <w:t>*</w:t>
      </w:r>
      <w:proofErr w:type="spellStart"/>
      <w:r w:rsidR="00186F2A" w:rsidRPr="00186F2A">
        <w:t>sq.ft</w:t>
      </w:r>
      <w:proofErr w:type="spellEnd"/>
      <w:r w:rsidR="00186F2A" w:rsidRPr="00186F2A">
        <w:t>*degree F).</w:t>
      </w:r>
    </w:p>
    <w:p w14:paraId="52F8E96D" w14:textId="3C5099A1" w:rsidR="002A43C9" w:rsidRPr="002A43C9" w:rsidRDefault="00A01EF3" w:rsidP="0006699B">
      <w:pPr>
        <w:pStyle w:val="ListParagraph"/>
        <w:numPr>
          <w:ilvl w:val="0"/>
          <w:numId w:val="34"/>
        </w:numPr>
        <w:spacing w:before="120" w:after="120" w:line="240" w:lineRule="auto"/>
        <w:ind w:left="900"/>
      </w:pPr>
      <w:r>
        <w:t xml:space="preserve">Peerless </w:t>
      </w:r>
      <w:r w:rsidR="002A43C9">
        <w:t xml:space="preserve">G241 Fixed </w:t>
      </w:r>
      <w:r w:rsidR="002A43C9" w:rsidRPr="002A43C9">
        <w:t xml:space="preserve">Thermal AAMA Testing: Per AAMA 1503-09, on a 47 inch by 59 inches (1194 mm by 1499 mm) test size glazed with 1 inch (25 mm) insulating glass made with 1/4 inch (6 mm) soft coat low E coating on surface #2, plain air in the </w:t>
      </w:r>
      <w:r w:rsidR="002A43C9" w:rsidRPr="002A43C9">
        <w:lastRenderedPageBreak/>
        <w:t>airspace made with a stainless steel spacer, and 1/4 inch (6 mm) clear glass, with the following test results:</w:t>
      </w:r>
    </w:p>
    <w:p w14:paraId="27E51822" w14:textId="77777777" w:rsidR="002A43C9" w:rsidRDefault="002A43C9" w:rsidP="008A7BAD">
      <w:pPr>
        <w:widowControl w:val="0"/>
        <w:numPr>
          <w:ilvl w:val="3"/>
          <w:numId w:val="18"/>
        </w:numPr>
        <w:shd w:val="clear" w:color="auto" w:fill="FFFFFF"/>
        <w:autoSpaceDE w:val="0"/>
        <w:autoSpaceDN w:val="0"/>
        <w:adjustRightInd w:val="0"/>
        <w:spacing w:before="120" w:after="120" w:line="240" w:lineRule="auto"/>
        <w:ind w:left="1440" w:hanging="360"/>
      </w:pPr>
      <w:r>
        <w:t>Condensation Resistance Factor: minimum 71 frame CRF and 72 glass CRF.</w:t>
      </w:r>
    </w:p>
    <w:p w14:paraId="5738244F" w14:textId="391B26F1" w:rsidR="003A2B52" w:rsidRDefault="002A43C9" w:rsidP="008A7BAD">
      <w:pPr>
        <w:widowControl w:val="0"/>
        <w:numPr>
          <w:ilvl w:val="3"/>
          <w:numId w:val="18"/>
        </w:numPr>
        <w:shd w:val="clear" w:color="auto" w:fill="FFFFFF"/>
        <w:autoSpaceDE w:val="0"/>
        <w:autoSpaceDN w:val="0"/>
        <w:adjustRightInd w:val="0"/>
        <w:spacing w:before="120" w:after="120" w:line="240" w:lineRule="auto"/>
        <w:ind w:left="1440" w:hanging="360"/>
      </w:pPr>
      <w:r>
        <w:t xml:space="preserve">Thermal Transmittance: maximum </w:t>
      </w:r>
      <w:r w:rsidR="00532F5C">
        <w:t xml:space="preserve">U-value of </w:t>
      </w:r>
      <w:r>
        <w:t xml:space="preserve">0.35 </w:t>
      </w:r>
      <w:r w:rsidR="00186F2A" w:rsidRPr="00186F2A">
        <w:t>btu/(</w:t>
      </w:r>
      <w:proofErr w:type="spellStart"/>
      <w:r w:rsidR="00186F2A" w:rsidRPr="00186F2A">
        <w:t>hr</w:t>
      </w:r>
      <w:proofErr w:type="spellEnd"/>
      <w:r w:rsidR="00186F2A" w:rsidRPr="00186F2A">
        <w:t>*</w:t>
      </w:r>
      <w:proofErr w:type="spellStart"/>
      <w:r w:rsidR="00186F2A" w:rsidRPr="00186F2A">
        <w:t>sq.ft</w:t>
      </w:r>
      <w:proofErr w:type="spellEnd"/>
      <w:r w:rsidR="00186F2A" w:rsidRPr="00186F2A">
        <w:t>*degree F)</w:t>
      </w:r>
      <w:r w:rsidR="00532F5C">
        <w:t>.</w:t>
      </w:r>
    </w:p>
    <w:p w14:paraId="1914762A" w14:textId="77F5A38E" w:rsidR="002A43C9" w:rsidRDefault="00A01EF3" w:rsidP="0006699B">
      <w:pPr>
        <w:pStyle w:val="ListParagraph"/>
        <w:widowControl w:val="0"/>
        <w:numPr>
          <w:ilvl w:val="0"/>
          <w:numId w:val="34"/>
        </w:numPr>
        <w:shd w:val="clear" w:color="auto" w:fill="FFFFFF"/>
        <w:autoSpaceDE w:val="0"/>
        <w:autoSpaceDN w:val="0"/>
        <w:adjustRightInd w:val="0"/>
        <w:spacing w:before="120" w:after="120" w:line="240" w:lineRule="auto"/>
        <w:ind w:left="900"/>
      </w:pPr>
      <w:r>
        <w:t xml:space="preserve">Peerless </w:t>
      </w:r>
      <w:r w:rsidR="002A43C9">
        <w:t xml:space="preserve">G241 Fixed Thermal NFRC Testing: Per NFRC 102-2010 on a 47 inch by 59 inches (1194 mm by 1499 mm) test size glazed with 1 inch (25 mm) insulating glass made with 1/4 inch (6 mm) soft coat low E coating on surface #2, plain air in the airspace made with a stainless steel spacer, and 1/4 inch (6 mm) clear glass, with the following test result: </w:t>
      </w:r>
    </w:p>
    <w:p w14:paraId="4105DCF5" w14:textId="18A41CAF" w:rsidR="002A43C9" w:rsidRDefault="002A43C9" w:rsidP="008A7BAD">
      <w:pPr>
        <w:widowControl w:val="0"/>
        <w:numPr>
          <w:ilvl w:val="3"/>
          <w:numId w:val="34"/>
        </w:numPr>
        <w:shd w:val="clear" w:color="auto" w:fill="FFFFFF"/>
        <w:autoSpaceDE w:val="0"/>
        <w:autoSpaceDN w:val="0"/>
        <w:adjustRightInd w:val="0"/>
        <w:spacing w:before="120" w:after="120" w:line="240" w:lineRule="auto"/>
        <w:ind w:left="1440"/>
      </w:pPr>
      <w:r>
        <w:t xml:space="preserve">Standardized Thermal Transmittance to be maximum 0.34 </w:t>
      </w:r>
      <w:r w:rsidR="00532F5C" w:rsidRPr="00532F5C">
        <w:t>btu/(</w:t>
      </w:r>
      <w:proofErr w:type="spellStart"/>
      <w:r w:rsidR="00532F5C" w:rsidRPr="00532F5C">
        <w:t>hr</w:t>
      </w:r>
      <w:proofErr w:type="spellEnd"/>
      <w:r w:rsidR="00532F5C" w:rsidRPr="00532F5C">
        <w:t>*</w:t>
      </w:r>
      <w:proofErr w:type="spellStart"/>
      <w:r w:rsidR="00532F5C" w:rsidRPr="00532F5C">
        <w:t>sq.ft</w:t>
      </w:r>
      <w:proofErr w:type="spellEnd"/>
      <w:r w:rsidR="00532F5C" w:rsidRPr="00532F5C">
        <w:t>*degree F).</w:t>
      </w:r>
    </w:p>
    <w:p w14:paraId="18FA8995" w14:textId="13BACA4D" w:rsidR="002A43C9" w:rsidRDefault="00A01EF3" w:rsidP="0006699B">
      <w:pPr>
        <w:pStyle w:val="ListParagraph"/>
        <w:widowControl w:val="0"/>
        <w:numPr>
          <w:ilvl w:val="0"/>
          <w:numId w:val="34"/>
        </w:numPr>
        <w:shd w:val="clear" w:color="auto" w:fill="FFFFFF"/>
        <w:autoSpaceDE w:val="0"/>
        <w:autoSpaceDN w:val="0"/>
        <w:adjustRightInd w:val="0"/>
        <w:spacing w:before="120" w:after="120" w:line="240" w:lineRule="auto"/>
        <w:ind w:left="900"/>
      </w:pPr>
      <w:r>
        <w:t xml:space="preserve">Peerless </w:t>
      </w:r>
      <w:r w:rsidR="002A43C9">
        <w:t>G241 Fixed Acoustical Testing: per ASTM E90-09 on a 46-1/4 inches x 59 inches (1175 mm x 1499 mm) test size glazed with 1-3/8 inches (35 mm) insulating glass made with exterior 5/16 (7.9 mm) laminated glass - 1/8 inch (3 mm) glass x .060 inch (1.5 mm) PVB interlayer x 1/8 inch (3 mm) glass - and 13/16 inch (20.6 mm) airspace and interior 1/4 inch (6 mm) laminated glass – 1/8 inch (3 mm) glass x .030 inch (0.76 mm) PVB interlayer x 1/8 inch (3 mm) glass: minimum 40 STC and 31 OITC.</w:t>
      </w:r>
    </w:p>
    <w:p w14:paraId="513E18B0" w14:textId="77777777" w:rsidR="003A2B52" w:rsidRDefault="003A2B52" w:rsidP="003A2B52">
      <w:pPr>
        <w:pStyle w:val="ListParagraph"/>
        <w:widowControl w:val="0"/>
        <w:shd w:val="clear" w:color="auto" w:fill="FFFFFF"/>
        <w:autoSpaceDE w:val="0"/>
        <w:autoSpaceDN w:val="0"/>
        <w:adjustRightInd w:val="0"/>
        <w:spacing w:before="120" w:after="120" w:line="240" w:lineRule="auto"/>
        <w:ind w:left="1080"/>
      </w:pPr>
    </w:p>
    <w:p w14:paraId="4D4FBF8C" w14:textId="75FED13F" w:rsidR="004E6711" w:rsidRDefault="004E6711" w:rsidP="00AB6965">
      <w:pPr>
        <w:pStyle w:val="ListParagraph"/>
        <w:numPr>
          <w:ilvl w:val="1"/>
          <w:numId w:val="35"/>
        </w:numPr>
        <w:spacing w:before="120" w:after="120" w:line="360" w:lineRule="auto"/>
      </w:pPr>
      <w:r>
        <w:t>MUNTINS</w:t>
      </w:r>
    </w:p>
    <w:p w14:paraId="6ADF8D3F" w14:textId="77777777" w:rsidR="004E6711" w:rsidRDefault="004E6711" w:rsidP="0006699B">
      <w:pPr>
        <w:pStyle w:val="ListParagraph"/>
        <w:numPr>
          <w:ilvl w:val="0"/>
          <w:numId w:val="24"/>
        </w:numPr>
        <w:spacing w:after="0" w:line="360" w:lineRule="auto"/>
        <w:ind w:left="900"/>
      </w:pPr>
      <w:r>
        <w:t>Material: Extruded aluminum with exposed surfaces finished to match window color; concealed fasteners; designed for unrestricted expansion and contraction.</w:t>
      </w:r>
    </w:p>
    <w:p w14:paraId="5D4BDB52" w14:textId="77777777" w:rsidR="004E6711" w:rsidRDefault="004E6711" w:rsidP="0006699B">
      <w:pPr>
        <w:pStyle w:val="ListParagraph"/>
        <w:numPr>
          <w:ilvl w:val="0"/>
          <w:numId w:val="24"/>
        </w:numPr>
        <w:spacing w:before="120" w:after="120" w:line="360" w:lineRule="auto"/>
        <w:ind w:left="900"/>
      </w:pPr>
      <w:r>
        <w:t>Design: Muntin bar cross-section profile and material chosen from manufacturer's standards.</w:t>
      </w:r>
    </w:p>
    <w:p w14:paraId="19B2E32C" w14:textId="77777777" w:rsidR="004E6711" w:rsidRDefault="004E6711" w:rsidP="0006699B">
      <w:pPr>
        <w:pStyle w:val="ListParagraph"/>
        <w:numPr>
          <w:ilvl w:val="0"/>
          <w:numId w:val="24"/>
        </w:numPr>
        <w:spacing w:before="120" w:after="120" w:line="360" w:lineRule="auto"/>
        <w:ind w:left="900"/>
      </w:pPr>
      <w:r>
        <w:t>Patterns: Grid patterns to be designated by architect.</w:t>
      </w:r>
    </w:p>
    <w:p w14:paraId="3C9B4FF3" w14:textId="79E362B0" w:rsidR="004E6711" w:rsidRDefault="004E6711" w:rsidP="0006699B">
      <w:pPr>
        <w:pStyle w:val="ListParagraph"/>
        <w:numPr>
          <w:ilvl w:val="0"/>
          <w:numId w:val="24"/>
        </w:numPr>
        <w:spacing w:before="120" w:after="120" w:line="360" w:lineRule="auto"/>
        <w:ind w:left="900"/>
      </w:pPr>
      <w:r>
        <w:t>Location:</w:t>
      </w:r>
      <w:r w:rsidR="003A2B52">
        <w:t xml:space="preserve"> </w:t>
      </w:r>
      <w:r>
        <w:t xml:space="preserve">(exterior grids: separate extrusion which slides into the grid pocket of the window frame without penetrating the perimeter frame.) (internal: encapsulated between the two glass </w:t>
      </w:r>
      <w:proofErr w:type="spellStart"/>
      <w:r>
        <w:t>lites</w:t>
      </w:r>
      <w:proofErr w:type="spellEnd"/>
      <w:r>
        <w:t xml:space="preserve"> in the insulating glass unit to protect them from damage and dirt buildup.) (interior: applied grids.</w:t>
      </w:r>
      <w:r w:rsidRPr="004E6711">
        <w:rPr>
          <w:vanish/>
        </w:rPr>
        <w:t>** NOTE TO SPECIFIER ** Select either exterior or exterior and interior to simulate muntins, or select true divided muntins. Delete muntin type not required.</w:t>
      </w:r>
      <w:r w:rsidR="003A2B52">
        <w:t>)</w:t>
      </w:r>
    </w:p>
    <w:p w14:paraId="739C06D5" w14:textId="4E5F7AD1" w:rsidR="004E6711" w:rsidRDefault="0035490A" w:rsidP="008A7BAD">
      <w:pPr>
        <w:pStyle w:val="ListParagraph"/>
        <w:spacing w:after="0" w:line="240" w:lineRule="auto"/>
        <w:ind w:left="1440" w:hanging="360"/>
      </w:pPr>
      <w:r>
        <w:t>1.</w:t>
      </w:r>
      <w:r w:rsidR="0006699B">
        <w:tab/>
      </w:r>
      <w:r w:rsidR="004E6711">
        <w:t>Exterior.</w:t>
      </w:r>
    </w:p>
    <w:p w14:paraId="41AD17A0" w14:textId="55619E5E" w:rsidR="00AB6965" w:rsidRDefault="00AB6965" w:rsidP="008A7BAD">
      <w:pPr>
        <w:spacing w:after="0" w:line="240" w:lineRule="auto"/>
        <w:ind w:left="1440" w:hanging="360"/>
      </w:pPr>
      <w:r>
        <w:t>2.</w:t>
      </w:r>
      <w:r w:rsidR="0006699B">
        <w:tab/>
      </w:r>
      <w:r w:rsidR="004E6711">
        <w:t xml:space="preserve">Internal: Encapsulated between the two glass </w:t>
      </w:r>
      <w:proofErr w:type="spellStart"/>
      <w:r w:rsidR="004E6711">
        <w:t>lites</w:t>
      </w:r>
      <w:proofErr w:type="spellEnd"/>
      <w:r w:rsidR="004E6711">
        <w:t xml:space="preserve"> in the insulating glass unit to protect them from damage and dirt buildup.</w:t>
      </w:r>
    </w:p>
    <w:p w14:paraId="7AAC2133" w14:textId="72BEED24" w:rsidR="004E6711" w:rsidRDefault="00AB6965" w:rsidP="008A7BAD">
      <w:pPr>
        <w:spacing w:after="0" w:line="240" w:lineRule="auto"/>
        <w:ind w:left="1440" w:hanging="360"/>
      </w:pPr>
      <w:r>
        <w:t>3.</w:t>
      </w:r>
      <w:r w:rsidR="0006699B">
        <w:tab/>
      </w:r>
      <w:r w:rsidR="004E6711">
        <w:t>True: Dividing the insulating glass into small individual units.</w:t>
      </w:r>
    </w:p>
    <w:p w14:paraId="6899AD66" w14:textId="77777777" w:rsidR="003865AF" w:rsidRDefault="003865AF" w:rsidP="003865AF">
      <w:pPr>
        <w:spacing w:before="120" w:after="120" w:line="360" w:lineRule="auto"/>
      </w:pPr>
    </w:p>
    <w:p w14:paraId="7E80AFBD" w14:textId="12CD49EC" w:rsidR="004E6711" w:rsidRDefault="00AB6965" w:rsidP="003865AF">
      <w:pPr>
        <w:spacing w:before="120" w:after="120" w:line="360" w:lineRule="auto"/>
      </w:pPr>
      <w:r>
        <w:t xml:space="preserve">2.6 </w:t>
      </w:r>
      <w:r w:rsidR="004E6711">
        <w:t>INSTALLATION ACCESSORIES</w:t>
      </w:r>
    </w:p>
    <w:p w14:paraId="3D9E0174" w14:textId="77777777" w:rsidR="004E6711" w:rsidRDefault="004E6711" w:rsidP="0006699B">
      <w:pPr>
        <w:pStyle w:val="ListParagraph"/>
        <w:numPr>
          <w:ilvl w:val="0"/>
          <w:numId w:val="28"/>
        </w:numPr>
        <w:spacing w:after="0" w:line="360" w:lineRule="auto"/>
        <w:ind w:left="900"/>
      </w:pPr>
      <w:r>
        <w:t>Material: Extruded aluminum; nominal .062 inch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06699B">
      <w:pPr>
        <w:pStyle w:val="ListParagraph"/>
        <w:numPr>
          <w:ilvl w:val="0"/>
          <w:numId w:val="28"/>
        </w:numPr>
        <w:spacing w:after="0" w:line="360" w:lineRule="auto"/>
        <w:ind w:left="900"/>
      </w:pPr>
      <w:r>
        <w:lastRenderedPageBreak/>
        <w:t>Exterior:</w:t>
      </w:r>
    </w:p>
    <w:p w14:paraId="602DADB3" w14:textId="77777777" w:rsidR="004E6711" w:rsidRDefault="004E6711" w:rsidP="008A7BAD">
      <w:pPr>
        <w:pStyle w:val="ListParagraph"/>
        <w:numPr>
          <w:ilvl w:val="3"/>
          <w:numId w:val="14"/>
        </w:numPr>
        <w:spacing w:after="0" w:line="240" w:lineRule="auto"/>
        <w:ind w:left="1440" w:hanging="360"/>
      </w:pPr>
      <w:r>
        <w:t>Wrap around panning.</w:t>
      </w:r>
    </w:p>
    <w:p w14:paraId="4486428D" w14:textId="77777777" w:rsidR="004E6711" w:rsidRDefault="004E6711" w:rsidP="008A7BAD">
      <w:pPr>
        <w:pStyle w:val="ListParagraph"/>
        <w:numPr>
          <w:ilvl w:val="3"/>
          <w:numId w:val="14"/>
        </w:numPr>
        <w:spacing w:after="0" w:line="240" w:lineRule="auto"/>
        <w:ind w:left="1440" w:hanging="360"/>
      </w:pPr>
      <w:r>
        <w:t>Preset panning.</w:t>
      </w:r>
    </w:p>
    <w:p w14:paraId="195E0C4B" w14:textId="77777777" w:rsidR="004E6711" w:rsidRDefault="004E6711" w:rsidP="008A7BAD">
      <w:pPr>
        <w:pStyle w:val="ListParagraph"/>
        <w:numPr>
          <w:ilvl w:val="3"/>
          <w:numId w:val="14"/>
        </w:numPr>
        <w:spacing w:after="0" w:line="240" w:lineRule="auto"/>
        <w:ind w:left="1440" w:hanging="360"/>
      </w:pPr>
      <w:r>
        <w:t>Co-extruded nailing fin.</w:t>
      </w:r>
    </w:p>
    <w:p w14:paraId="4153EE62" w14:textId="77777777" w:rsidR="004E6711" w:rsidRDefault="004E6711" w:rsidP="008A7BAD">
      <w:pPr>
        <w:pStyle w:val="ListParagraph"/>
        <w:numPr>
          <w:ilvl w:val="3"/>
          <w:numId w:val="14"/>
        </w:numPr>
        <w:spacing w:after="0" w:line="240" w:lineRule="auto"/>
        <w:ind w:left="1440" w:hanging="360"/>
      </w:pPr>
      <w:r>
        <w:t>Co-extruded flange frame.</w:t>
      </w:r>
    </w:p>
    <w:p w14:paraId="1196A4BC" w14:textId="77777777" w:rsidR="004E6711" w:rsidRDefault="004E6711" w:rsidP="008A7BAD">
      <w:pPr>
        <w:pStyle w:val="ListParagraph"/>
        <w:numPr>
          <w:ilvl w:val="3"/>
          <w:numId w:val="14"/>
        </w:numPr>
        <w:spacing w:after="0" w:line="240" w:lineRule="auto"/>
        <w:ind w:left="1440" w:hanging="360"/>
      </w:pPr>
      <w:r>
        <w:t>Two-piece receptor with polyamide strip thermal break.</w:t>
      </w:r>
    </w:p>
    <w:p w14:paraId="5EB2B74D" w14:textId="4DD563E4" w:rsidR="004E6711" w:rsidRDefault="004E6711" w:rsidP="008A7BAD">
      <w:pPr>
        <w:pStyle w:val="ListParagraph"/>
        <w:numPr>
          <w:ilvl w:val="3"/>
          <w:numId w:val="14"/>
        </w:numPr>
        <w:spacing w:after="0" w:line="360" w:lineRule="auto"/>
        <w:ind w:left="1440" w:hanging="360"/>
      </w:pPr>
      <w:r>
        <w:t xml:space="preserve">10 </w:t>
      </w:r>
      <w:proofErr w:type="spellStart"/>
      <w:r>
        <w:t>psf</w:t>
      </w:r>
      <w:proofErr w:type="spellEnd"/>
      <w:r>
        <w:t xml:space="preserve"> subsill with polyamide strip thermal break.</w:t>
      </w:r>
      <w:r w:rsidRPr="00AB6965">
        <w:rPr>
          <w:vanish/>
        </w:rPr>
        <w:t>** NOTE TO SPECIFIER ** Delete if not required.</w:t>
      </w:r>
    </w:p>
    <w:p w14:paraId="330924CD" w14:textId="77777777" w:rsidR="00AB6965" w:rsidRDefault="004E6711" w:rsidP="0006699B">
      <w:pPr>
        <w:pStyle w:val="ListParagraph"/>
        <w:numPr>
          <w:ilvl w:val="0"/>
          <w:numId w:val="28"/>
        </w:numPr>
        <w:spacing w:after="0" w:line="360" w:lineRule="auto"/>
        <w:ind w:left="900"/>
      </w:pPr>
      <w:r>
        <w:t>Interior: Two-piece snap trim and trim clip.</w:t>
      </w:r>
      <w:r w:rsidRPr="00AB6965">
        <w:rPr>
          <w:vanish/>
        </w:rPr>
        <w:t>** NOTE TO SPECIFIER ** Delete if not required.</w:t>
      </w:r>
    </w:p>
    <w:p w14:paraId="18CEAC45" w14:textId="0C58D4BE" w:rsidR="00AB6965" w:rsidRDefault="004E6711" w:rsidP="00622F22">
      <w:pPr>
        <w:pStyle w:val="ListParagraph"/>
        <w:numPr>
          <w:ilvl w:val="0"/>
          <w:numId w:val="28"/>
        </w:numPr>
        <w:spacing w:after="0" w:line="240" w:lineRule="auto"/>
        <w:ind w:left="900"/>
      </w:pPr>
      <w:r>
        <w:t>Mullions:</w:t>
      </w:r>
    </w:p>
    <w:p w14:paraId="1F5A862A" w14:textId="1508291F" w:rsidR="00071247" w:rsidRDefault="00622F22" w:rsidP="008A7BAD">
      <w:pPr>
        <w:widowControl w:val="0"/>
        <w:shd w:val="clear" w:color="auto" w:fill="FFFFFF"/>
        <w:autoSpaceDE w:val="0"/>
        <w:autoSpaceDN w:val="0"/>
        <w:adjustRightInd w:val="0"/>
        <w:spacing w:after="0" w:line="240" w:lineRule="auto"/>
        <w:ind w:left="1440" w:hanging="360"/>
      </w:pPr>
      <w:r>
        <w:t>1</w:t>
      </w:r>
      <w:r w:rsidR="00AB6965">
        <w:t>.</w:t>
      </w:r>
      <w:r w:rsidR="0006699B">
        <w:tab/>
      </w:r>
      <w:r w:rsidR="004E6711">
        <w:t>Vertical three-piece mullion with polyamide strip thermal break</w:t>
      </w:r>
      <w:r w:rsidR="00997084">
        <w:t>.</w:t>
      </w:r>
      <w:r w:rsidR="004E6711" w:rsidRPr="00071247">
        <w:rPr>
          <w:vanish/>
        </w:rPr>
        <w:t>** NOTE TO SPECIFIER ** Delete if not required.</w:t>
      </w:r>
    </w:p>
    <w:p w14:paraId="005141E3" w14:textId="46B71812" w:rsidR="00071247" w:rsidRDefault="00997084" w:rsidP="0006699B">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Aluminum</w:t>
      </w:r>
      <w:r w:rsidR="004E6711">
        <w:t xml:space="preserve"> strap anchor</w:t>
      </w:r>
      <w:r w:rsidR="004E6711" w:rsidRPr="00071247">
        <w:rPr>
          <w:vanish/>
        </w:rPr>
        <w:t>** NOTE TO SPECIFIER ** Delete if not required.</w:t>
      </w:r>
      <w:r>
        <w:t>.</w:t>
      </w:r>
    </w:p>
    <w:p w14:paraId="47E47802" w14:textId="22F15BD2" w:rsidR="00071247" w:rsidRDefault="004E6711" w:rsidP="0006699B">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Head expander with polyamide strip thermal break</w:t>
      </w:r>
      <w:r w:rsidRPr="00071247">
        <w:rPr>
          <w:vanish/>
        </w:rPr>
        <w:t>** NOTE TO SPECIFIER ** Delete if not required.</w:t>
      </w:r>
      <w:r w:rsidR="00997084">
        <w:t>.</w:t>
      </w:r>
    </w:p>
    <w:p w14:paraId="5A37FB33" w14:textId="620BD54E" w:rsidR="00A37496" w:rsidRDefault="004E6711" w:rsidP="0006699B">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Sill angle.</w:t>
      </w:r>
    </w:p>
    <w:p w14:paraId="393E6053" w14:textId="22283E25" w:rsidR="00A37496" w:rsidRDefault="00AB6965" w:rsidP="00AB6965">
      <w:pPr>
        <w:widowControl w:val="0"/>
        <w:shd w:val="clear" w:color="auto" w:fill="FFFFFF"/>
        <w:tabs>
          <w:tab w:val="left" w:pos="1080"/>
        </w:tabs>
        <w:autoSpaceDE w:val="0"/>
        <w:autoSpaceDN w:val="0"/>
        <w:adjustRightInd w:val="0"/>
        <w:spacing w:before="120" w:after="120" w:line="360" w:lineRule="auto"/>
      </w:pPr>
      <w:r>
        <w:t xml:space="preserve">2.7 </w:t>
      </w:r>
      <w:r w:rsidR="00A37496">
        <w:t>INSULATING GLASS UNITS</w:t>
      </w:r>
    </w:p>
    <w:p w14:paraId="36BE6BE2" w14:textId="001F78A9" w:rsidR="00A37496" w:rsidRDefault="00A37496" w:rsidP="0006699B">
      <w:pPr>
        <w:pStyle w:val="ListParagraph"/>
        <w:widowControl w:val="0"/>
        <w:numPr>
          <w:ilvl w:val="0"/>
          <w:numId w:val="29"/>
        </w:numPr>
        <w:shd w:val="clear" w:color="auto" w:fill="FFFFFF"/>
        <w:tabs>
          <w:tab w:val="left" w:pos="1080"/>
        </w:tabs>
        <w:autoSpaceDE w:val="0"/>
        <w:autoSpaceDN w:val="0"/>
        <w:adjustRightInd w:val="0"/>
        <w:spacing w:before="120" w:after="120" w:line="360" w:lineRule="auto"/>
        <w:ind w:left="900"/>
      </w:pPr>
      <w:r>
        <w:t>Materials:</w:t>
      </w:r>
    </w:p>
    <w:p w14:paraId="423D7E84" w14:textId="073C0074" w:rsidR="00A37496" w:rsidRDefault="00A37496" w:rsidP="008A7BAD">
      <w:pPr>
        <w:pStyle w:val="ListParagraph"/>
        <w:widowControl w:val="0"/>
        <w:numPr>
          <w:ilvl w:val="3"/>
          <w:numId w:val="20"/>
        </w:numPr>
        <w:shd w:val="clear" w:color="auto" w:fill="FFFFFF"/>
        <w:autoSpaceDE w:val="0"/>
        <w:autoSpaceDN w:val="0"/>
        <w:adjustRightInd w:val="0"/>
        <w:spacing w:after="0" w:line="240" w:lineRule="auto"/>
        <w:ind w:left="1440" w:hanging="360"/>
      </w:pPr>
      <w:r>
        <w:t>Spacer: tubular stainless steel.</w:t>
      </w:r>
    </w:p>
    <w:p w14:paraId="4C2B5762" w14:textId="471C2456" w:rsidR="00A37496" w:rsidRDefault="00A37496" w:rsidP="008A7BAD">
      <w:pPr>
        <w:widowControl w:val="0"/>
        <w:numPr>
          <w:ilvl w:val="3"/>
          <w:numId w:val="20"/>
        </w:numPr>
        <w:shd w:val="clear" w:color="auto" w:fill="FFFFFF"/>
        <w:autoSpaceDE w:val="0"/>
        <w:autoSpaceDN w:val="0"/>
        <w:adjustRightInd w:val="0"/>
        <w:spacing w:after="0" w:line="240" w:lineRule="auto"/>
        <w:ind w:left="1440" w:hanging="360"/>
      </w:pPr>
      <w:r>
        <w:t>Spacer color: Stainless metal color.</w:t>
      </w:r>
    </w:p>
    <w:p w14:paraId="35C424BE" w14:textId="77777777" w:rsidR="00A37496" w:rsidRDefault="00A37496" w:rsidP="008A7BAD">
      <w:pPr>
        <w:widowControl w:val="0"/>
        <w:numPr>
          <w:ilvl w:val="3"/>
          <w:numId w:val="20"/>
        </w:numPr>
        <w:shd w:val="clear" w:color="auto" w:fill="FFFFFF"/>
        <w:autoSpaceDE w:val="0"/>
        <w:autoSpaceDN w:val="0"/>
        <w:adjustRightInd w:val="0"/>
        <w:spacing w:after="0" w:line="240" w:lineRule="auto"/>
        <w:ind w:left="1440" w:hanging="360"/>
      </w:pPr>
      <w:r>
        <w:t>Primary seal: polyisobutylene.</w:t>
      </w:r>
    </w:p>
    <w:p w14:paraId="77D78BC5" w14:textId="77777777" w:rsidR="002008F8" w:rsidRDefault="00A37496" w:rsidP="002008F8">
      <w:pPr>
        <w:widowControl w:val="0"/>
        <w:numPr>
          <w:ilvl w:val="3"/>
          <w:numId w:val="20"/>
        </w:numPr>
        <w:shd w:val="clear" w:color="auto" w:fill="FFFFFF"/>
        <w:autoSpaceDE w:val="0"/>
        <w:autoSpaceDN w:val="0"/>
        <w:adjustRightInd w:val="0"/>
        <w:spacing w:after="0" w:line="240" w:lineRule="auto"/>
        <w:ind w:left="1440" w:hanging="360"/>
      </w:pPr>
      <w:r>
        <w:t>Secondary seal: Silicone.</w:t>
      </w:r>
    </w:p>
    <w:p w14:paraId="01CE7A9F" w14:textId="287A5339" w:rsidR="00A37496" w:rsidRPr="002008F8" w:rsidRDefault="00A37496" w:rsidP="002008F8">
      <w:pPr>
        <w:widowControl w:val="0"/>
        <w:numPr>
          <w:ilvl w:val="3"/>
          <w:numId w:val="20"/>
        </w:numPr>
        <w:shd w:val="clear" w:color="auto" w:fill="FFFFFF"/>
        <w:autoSpaceDE w:val="0"/>
        <w:autoSpaceDN w:val="0"/>
        <w:adjustRightInd w:val="0"/>
        <w:spacing w:after="0" w:line="240" w:lineRule="auto"/>
        <w:ind w:left="1440" w:hanging="360"/>
      </w:pPr>
      <w:r w:rsidRPr="002008F8">
        <w:t xml:space="preserve">Airspace Fill: Plain air. </w:t>
      </w:r>
    </w:p>
    <w:p w14:paraId="6942E36D" w14:textId="77777777" w:rsidR="00A37496" w:rsidRDefault="00A37496" w:rsidP="008A7BAD">
      <w:pPr>
        <w:widowControl w:val="0"/>
        <w:numPr>
          <w:ilvl w:val="3"/>
          <w:numId w:val="20"/>
        </w:numPr>
        <w:shd w:val="clear" w:color="auto" w:fill="FFFFFF"/>
        <w:autoSpaceDE w:val="0"/>
        <w:autoSpaceDN w:val="0"/>
        <w:adjustRightInd w:val="0"/>
        <w:spacing w:after="0" w:line="240" w:lineRule="auto"/>
        <w:ind w:left="1440" w:hanging="360"/>
      </w:pPr>
      <w:r>
        <w:t>Airspace Fill: Argon filled.</w:t>
      </w:r>
    </w:p>
    <w:p w14:paraId="3B0C862D" w14:textId="7C223626" w:rsidR="005C008D" w:rsidRDefault="005C008D" w:rsidP="008A7BAD">
      <w:pPr>
        <w:widowControl w:val="0"/>
        <w:numPr>
          <w:ilvl w:val="3"/>
          <w:numId w:val="20"/>
        </w:numPr>
        <w:shd w:val="clear" w:color="auto" w:fill="FFFFFF"/>
        <w:autoSpaceDE w:val="0"/>
        <w:autoSpaceDN w:val="0"/>
        <w:adjustRightInd w:val="0"/>
        <w:spacing w:after="0" w:line="240" w:lineRule="auto"/>
        <w:ind w:left="1440" w:hanging="360"/>
      </w:pPr>
      <w:r>
        <w:t xml:space="preserve">Cardinal Preserve protective film applied to interior and exterior of glass IGU. </w:t>
      </w:r>
    </w:p>
    <w:p w14:paraId="309E7EE7" w14:textId="682BD6A9" w:rsidR="00A37496" w:rsidRPr="00A37496" w:rsidRDefault="00A37496" w:rsidP="0006699B">
      <w:pPr>
        <w:pStyle w:val="ListParagraph"/>
        <w:widowControl w:val="0"/>
        <w:numPr>
          <w:ilvl w:val="0"/>
          <w:numId w:val="29"/>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8A7BAD">
      <w:pPr>
        <w:pStyle w:val="ListParagraph"/>
        <w:numPr>
          <w:ilvl w:val="3"/>
          <w:numId w:val="29"/>
        </w:numPr>
        <w:spacing w:after="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06699B">
      <w:pPr>
        <w:pStyle w:val="ListParagraph"/>
        <w:widowControl w:val="0"/>
        <w:numPr>
          <w:ilvl w:val="0"/>
          <w:numId w:val="29"/>
        </w:numPr>
        <w:shd w:val="clear" w:color="auto" w:fill="FFFFFF"/>
        <w:autoSpaceDE w:val="0"/>
        <w:autoSpaceDN w:val="0"/>
        <w:adjustRightInd w:val="0"/>
        <w:spacing w:after="0" w:line="360" w:lineRule="auto"/>
        <w:ind w:left="900"/>
      </w:pPr>
      <w:r>
        <w:t>Exterior Glass Lite:</w:t>
      </w:r>
      <w:r w:rsidRPr="00A37496">
        <w:rPr>
          <w:vanish/>
        </w:rPr>
        <w:t>** NOTE TO SPECIFIER ** Delete thickness not required.</w:t>
      </w:r>
    </w:p>
    <w:p w14:paraId="12752A7E" w14:textId="77777777" w:rsidR="00A37496" w:rsidRDefault="00A37496" w:rsidP="008A7BAD">
      <w:pPr>
        <w:widowControl w:val="0"/>
        <w:numPr>
          <w:ilvl w:val="3"/>
          <w:numId w:val="29"/>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8A7BAD">
      <w:pPr>
        <w:widowControl w:val="0"/>
        <w:numPr>
          <w:ilvl w:val="3"/>
          <w:numId w:val="29"/>
        </w:numPr>
        <w:shd w:val="clear" w:color="auto" w:fill="FFFFFF"/>
        <w:autoSpaceDE w:val="0"/>
        <w:autoSpaceDN w:val="0"/>
        <w:adjustRightInd w:val="0"/>
        <w:spacing w:after="0" w:line="240" w:lineRule="auto"/>
        <w:ind w:left="1440"/>
      </w:pPr>
      <w:r>
        <w:t>Thickness: 3/16 inch (4.8 mm).</w:t>
      </w:r>
    </w:p>
    <w:p w14:paraId="1B7A64A4" w14:textId="77777777" w:rsidR="002008F8" w:rsidRDefault="00A37496" w:rsidP="002008F8">
      <w:pPr>
        <w:widowControl w:val="0"/>
        <w:numPr>
          <w:ilvl w:val="3"/>
          <w:numId w:val="29"/>
        </w:numPr>
        <w:shd w:val="clear" w:color="auto" w:fill="FFFFFF"/>
        <w:autoSpaceDE w:val="0"/>
        <w:autoSpaceDN w:val="0"/>
        <w:adjustRightInd w:val="0"/>
        <w:spacing w:after="0" w:line="240" w:lineRule="auto"/>
        <w:ind w:left="1440"/>
      </w:pPr>
      <w:r>
        <w:t>Thickness: 1/4 inch (6 mm).</w:t>
      </w:r>
    </w:p>
    <w:p w14:paraId="30B4D870" w14:textId="77777777" w:rsidR="002008F8" w:rsidRDefault="00A37496" w:rsidP="002008F8">
      <w:pPr>
        <w:widowControl w:val="0"/>
        <w:numPr>
          <w:ilvl w:val="3"/>
          <w:numId w:val="29"/>
        </w:numPr>
        <w:shd w:val="clear" w:color="auto" w:fill="FFFFFF"/>
        <w:autoSpaceDE w:val="0"/>
        <w:autoSpaceDN w:val="0"/>
        <w:adjustRightInd w:val="0"/>
        <w:spacing w:after="0" w:line="240" w:lineRule="auto"/>
        <w:ind w:left="1440"/>
      </w:pPr>
      <w:r w:rsidRPr="002008F8">
        <w:t>Tint: Clear.</w:t>
      </w:r>
    </w:p>
    <w:p w14:paraId="4C64D2F3" w14:textId="6519FABC" w:rsidR="00A37496" w:rsidRPr="002008F8" w:rsidRDefault="00A37496" w:rsidP="002008F8">
      <w:pPr>
        <w:widowControl w:val="0"/>
        <w:numPr>
          <w:ilvl w:val="3"/>
          <w:numId w:val="29"/>
        </w:numPr>
        <w:shd w:val="clear" w:color="auto" w:fill="FFFFFF"/>
        <w:autoSpaceDE w:val="0"/>
        <w:autoSpaceDN w:val="0"/>
        <w:adjustRightInd w:val="0"/>
        <w:spacing w:after="0" w:line="240" w:lineRule="auto"/>
        <w:ind w:left="1440"/>
      </w:pPr>
      <w:r w:rsidRPr="002008F8">
        <w:t>Type: Annealed.</w:t>
      </w:r>
    </w:p>
    <w:p w14:paraId="52FD88F2" w14:textId="77777777" w:rsidR="00A37496" w:rsidRDefault="00A37496" w:rsidP="008A7BAD">
      <w:pPr>
        <w:widowControl w:val="0"/>
        <w:numPr>
          <w:ilvl w:val="3"/>
          <w:numId w:val="29"/>
        </w:numPr>
        <w:shd w:val="clear" w:color="auto" w:fill="FFFFFF"/>
        <w:autoSpaceDE w:val="0"/>
        <w:autoSpaceDN w:val="0"/>
        <w:adjustRightInd w:val="0"/>
        <w:spacing w:after="0" w:line="240" w:lineRule="auto"/>
        <w:ind w:left="1440"/>
      </w:pPr>
      <w:r>
        <w:t>Type: Tempered.</w:t>
      </w:r>
    </w:p>
    <w:p w14:paraId="1A2A5E4F" w14:textId="77777777" w:rsidR="002008F8" w:rsidRDefault="00A37496" w:rsidP="002008F8">
      <w:pPr>
        <w:widowControl w:val="0"/>
        <w:numPr>
          <w:ilvl w:val="3"/>
          <w:numId w:val="29"/>
        </w:numPr>
        <w:shd w:val="clear" w:color="auto" w:fill="FFFFFF"/>
        <w:autoSpaceDE w:val="0"/>
        <w:autoSpaceDN w:val="0"/>
        <w:adjustRightInd w:val="0"/>
        <w:spacing w:after="0" w:line="240" w:lineRule="auto"/>
        <w:ind w:left="1440"/>
      </w:pPr>
      <w:r>
        <w:t>Type: Laminated.</w:t>
      </w:r>
    </w:p>
    <w:p w14:paraId="3348A394" w14:textId="2F3833DC" w:rsidR="00A37496" w:rsidRDefault="00A37496" w:rsidP="002008F8">
      <w:pPr>
        <w:widowControl w:val="0"/>
        <w:numPr>
          <w:ilvl w:val="3"/>
          <w:numId w:val="29"/>
        </w:numPr>
        <w:shd w:val="clear" w:color="auto" w:fill="FFFFFF"/>
        <w:autoSpaceDE w:val="0"/>
        <w:autoSpaceDN w:val="0"/>
        <w:adjustRightInd w:val="0"/>
        <w:spacing w:after="0" w:line="240" w:lineRule="auto"/>
        <w:ind w:left="1440"/>
      </w:pPr>
      <w:r w:rsidRPr="002008F8">
        <w:t>Coating: low E on #2 surface; Cardinal Glass 270 or Cardinal Glass 366 or equivalent.</w:t>
      </w:r>
    </w:p>
    <w:p w14:paraId="3BFF2147" w14:textId="77777777" w:rsidR="003865AF" w:rsidRDefault="003865AF" w:rsidP="003865AF">
      <w:pPr>
        <w:widowControl w:val="0"/>
        <w:shd w:val="clear" w:color="auto" w:fill="FFFFFF"/>
        <w:autoSpaceDE w:val="0"/>
        <w:autoSpaceDN w:val="0"/>
        <w:adjustRightInd w:val="0"/>
        <w:spacing w:after="0" w:line="240" w:lineRule="auto"/>
        <w:ind w:left="1714"/>
      </w:pPr>
    </w:p>
    <w:p w14:paraId="194A863D" w14:textId="0B439892" w:rsidR="00A37496" w:rsidRPr="00A37496" w:rsidRDefault="00A37496" w:rsidP="0006699B">
      <w:pPr>
        <w:pStyle w:val="ListParagraph"/>
        <w:widowControl w:val="0"/>
        <w:numPr>
          <w:ilvl w:val="0"/>
          <w:numId w:val="29"/>
        </w:numPr>
        <w:shd w:val="clear" w:color="auto" w:fill="FFFFFF"/>
        <w:autoSpaceDE w:val="0"/>
        <w:autoSpaceDN w:val="0"/>
        <w:adjustRightInd w:val="0"/>
        <w:spacing w:before="120" w:after="120" w:line="360" w:lineRule="auto"/>
        <w:ind w:left="900"/>
      </w:pPr>
      <w:r>
        <w:t>Interior Glass Lite:</w:t>
      </w:r>
      <w:r w:rsidRPr="00A37496">
        <w:rPr>
          <w:vanish/>
        </w:rPr>
        <w:t>** NOTE TO SPECIFIER ** Delete thickness not required.</w:t>
      </w:r>
    </w:p>
    <w:p w14:paraId="2579A9C6" w14:textId="77777777" w:rsidR="00A37496" w:rsidRDefault="00A37496" w:rsidP="008A7BAD">
      <w:pPr>
        <w:pStyle w:val="ListParagraph"/>
        <w:numPr>
          <w:ilvl w:val="3"/>
          <w:numId w:val="29"/>
        </w:numPr>
        <w:spacing w:after="0" w:line="240" w:lineRule="auto"/>
        <w:ind w:left="1440"/>
      </w:pPr>
      <w:r w:rsidRPr="00A37496">
        <w:t>Thickness: 1/8 inch (3 mm).</w:t>
      </w:r>
    </w:p>
    <w:p w14:paraId="7A131DEA" w14:textId="77777777" w:rsidR="00A37496" w:rsidRDefault="00A37496" w:rsidP="008A7BAD">
      <w:pPr>
        <w:pStyle w:val="ListParagraph"/>
        <w:numPr>
          <w:ilvl w:val="3"/>
          <w:numId w:val="29"/>
        </w:numPr>
        <w:spacing w:after="0" w:line="240" w:lineRule="auto"/>
        <w:ind w:left="1440"/>
      </w:pPr>
      <w:r w:rsidRPr="00A37496">
        <w:t>Thickness: 3/16 inch (4.8 mm).</w:t>
      </w:r>
    </w:p>
    <w:p w14:paraId="12AB923D" w14:textId="77777777" w:rsidR="00A37496" w:rsidRDefault="00A37496" w:rsidP="008A7BAD">
      <w:pPr>
        <w:pStyle w:val="ListParagraph"/>
        <w:numPr>
          <w:ilvl w:val="3"/>
          <w:numId w:val="29"/>
        </w:numPr>
        <w:spacing w:after="0" w:line="240" w:lineRule="auto"/>
        <w:ind w:left="1440"/>
      </w:pPr>
      <w:r w:rsidRPr="00A37496">
        <w:lastRenderedPageBreak/>
        <w:t>Thickness: 1/4 inch (6 mm).</w:t>
      </w:r>
    </w:p>
    <w:p w14:paraId="2ABD759B" w14:textId="77777777" w:rsidR="00A37496" w:rsidRDefault="00A37496" w:rsidP="008A7BAD">
      <w:pPr>
        <w:pStyle w:val="ListParagraph"/>
        <w:numPr>
          <w:ilvl w:val="3"/>
          <w:numId w:val="29"/>
        </w:numPr>
        <w:spacing w:after="0" w:line="240" w:lineRule="auto"/>
        <w:ind w:left="1440"/>
      </w:pPr>
      <w:r w:rsidRPr="00A37496">
        <w:t xml:space="preserve">Tint: Clear. </w:t>
      </w:r>
    </w:p>
    <w:p w14:paraId="7380ED08" w14:textId="77777777" w:rsidR="00A37496" w:rsidRDefault="00A37496" w:rsidP="008A7BAD">
      <w:pPr>
        <w:pStyle w:val="ListParagraph"/>
        <w:numPr>
          <w:ilvl w:val="3"/>
          <w:numId w:val="29"/>
        </w:numPr>
        <w:spacing w:after="0" w:line="240" w:lineRule="auto"/>
        <w:ind w:left="1440"/>
      </w:pPr>
      <w:r w:rsidRPr="00A37496">
        <w:t>Type: Annealed.</w:t>
      </w:r>
    </w:p>
    <w:p w14:paraId="1C0263C4" w14:textId="77777777" w:rsidR="00A37496" w:rsidRDefault="00A37496" w:rsidP="008A7BAD">
      <w:pPr>
        <w:pStyle w:val="ListParagraph"/>
        <w:numPr>
          <w:ilvl w:val="3"/>
          <w:numId w:val="29"/>
        </w:numPr>
        <w:spacing w:after="0" w:line="240" w:lineRule="auto"/>
        <w:ind w:left="1440"/>
      </w:pPr>
      <w:r w:rsidRPr="00A37496">
        <w:t>Type: Tempered.</w:t>
      </w:r>
    </w:p>
    <w:p w14:paraId="19EF1E86" w14:textId="77777777" w:rsidR="00A37496" w:rsidRDefault="00A37496" w:rsidP="008A7BAD">
      <w:pPr>
        <w:pStyle w:val="ListParagraph"/>
        <w:numPr>
          <w:ilvl w:val="3"/>
          <w:numId w:val="29"/>
        </w:numPr>
        <w:spacing w:after="0" w:line="240" w:lineRule="auto"/>
        <w:ind w:left="1440"/>
      </w:pPr>
      <w:r w:rsidRPr="00A37496">
        <w:t xml:space="preserve">Type: Laminated. </w:t>
      </w:r>
    </w:p>
    <w:p w14:paraId="5FB63E6E" w14:textId="77777777" w:rsidR="00A37496" w:rsidRDefault="00A37496" w:rsidP="008A7BAD">
      <w:pPr>
        <w:pStyle w:val="ListParagraph"/>
        <w:numPr>
          <w:ilvl w:val="3"/>
          <w:numId w:val="29"/>
        </w:numPr>
        <w:spacing w:after="0" w:line="240" w:lineRule="auto"/>
        <w:ind w:left="1440"/>
      </w:pPr>
      <w:r w:rsidRPr="00A37496">
        <w:t>Coating: Low E on #3 surface; Cardinal Glass 270 or Cardinal Glass 366 or equivalent.</w:t>
      </w:r>
    </w:p>
    <w:p w14:paraId="34F81FC5" w14:textId="7AC7D7FF" w:rsidR="00A37496" w:rsidRDefault="00A37496" w:rsidP="008A7BAD">
      <w:pPr>
        <w:pStyle w:val="ListParagraph"/>
        <w:numPr>
          <w:ilvl w:val="3"/>
          <w:numId w:val="29"/>
        </w:numPr>
        <w:spacing w:after="0" w:line="360" w:lineRule="auto"/>
        <w:ind w:left="1440"/>
      </w:pPr>
      <w:r w:rsidRPr="00A37496">
        <w:t>Coating: Low E on #4 surface; Cardinal Glass i89 or equivalent.</w:t>
      </w:r>
    </w:p>
    <w:p w14:paraId="41AB4B43" w14:textId="77777777" w:rsidR="003865AF" w:rsidRDefault="003865AF" w:rsidP="003865AF">
      <w:pPr>
        <w:widowControl w:val="0"/>
        <w:shd w:val="clear" w:color="auto" w:fill="FFFFFF"/>
        <w:tabs>
          <w:tab w:val="left" w:pos="1080"/>
        </w:tabs>
        <w:autoSpaceDE w:val="0"/>
        <w:autoSpaceDN w:val="0"/>
        <w:adjustRightInd w:val="0"/>
        <w:spacing w:after="0" w:line="360" w:lineRule="auto"/>
      </w:pPr>
    </w:p>
    <w:p w14:paraId="0620E864" w14:textId="6BF56EDF" w:rsidR="00A37496" w:rsidRDefault="00AB6965" w:rsidP="003865AF">
      <w:pPr>
        <w:widowControl w:val="0"/>
        <w:shd w:val="clear" w:color="auto" w:fill="FFFFFF"/>
        <w:tabs>
          <w:tab w:val="left" w:pos="1080"/>
        </w:tabs>
        <w:autoSpaceDE w:val="0"/>
        <w:autoSpaceDN w:val="0"/>
        <w:adjustRightInd w:val="0"/>
        <w:spacing w:after="0" w:line="360" w:lineRule="auto"/>
      </w:pPr>
      <w:r>
        <w:t xml:space="preserve">2.8 </w:t>
      </w:r>
      <w:r w:rsidR="00A37496">
        <w:t>FINISH ON ALUMINUM EXTRUSIONS</w:t>
      </w:r>
    </w:p>
    <w:p w14:paraId="271A6124" w14:textId="4F082072" w:rsidR="000F04FA" w:rsidRDefault="00AB6965" w:rsidP="0006699B">
      <w:pPr>
        <w:widowControl w:val="0"/>
        <w:shd w:val="clear" w:color="auto" w:fill="FFFFFF"/>
        <w:autoSpaceDE w:val="0"/>
        <w:autoSpaceDN w:val="0"/>
        <w:adjustRightInd w:val="0"/>
        <w:spacing w:after="0" w:line="360" w:lineRule="auto"/>
        <w:ind w:left="900" w:hanging="360"/>
      </w:pPr>
      <w:r>
        <w:t xml:space="preserve">A.    </w:t>
      </w:r>
      <w:r w:rsidR="00A37496">
        <w:t>Application: on clean extrusions free from objectionable surface blemishes; on exposed surfaces visible when installed product's operating sash is closed.</w:t>
      </w:r>
    </w:p>
    <w:p w14:paraId="18A5448E" w14:textId="5658C8C0"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Electrostatic spray by an Approved Applicator and appropriate oven bake process.</w:t>
      </w:r>
    </w:p>
    <w:p w14:paraId="4DD1BE7A"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Coating: Superior Performance Powder coating: One-coat dry system with resin containing 70% fluoropolymer; thermosetting; alternative finishes will not be acceptable.</w:t>
      </w:r>
    </w:p>
    <w:p w14:paraId="7AC96F5F"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Quality Standard: Conforming to AAMA 2605-13, including 10 years Florida exposure. [AAMA 2604-13, including 5 years Florida exposure.]</w:t>
      </w:r>
    </w:p>
    <w:p w14:paraId="5B6D4BEE"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Pretreatment: Mechanically clean and chemically pretreat fabricated items in accordance with coating manufacturer's requirements and AAMA requirements with a Chrome Free Treatment.</w:t>
      </w:r>
    </w:p>
    <w:p w14:paraId="62CCA86C"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Coating Quantity: One single color coating, additional coating quantities will not be accepted. This includes, but is not limited to barrier coats, primers and clear coats.</w:t>
      </w:r>
    </w:p>
    <w:p w14:paraId="604E8BF9"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Dry Film Thickness: Eighty percent of measurements on primary exposed surfaces shall exceed 1.9 mils with a standard thickness range of 1.9 to 3.14 mils, except inside corners and channels.</w:t>
      </w:r>
    </w:p>
    <w:p w14:paraId="33317E67"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Environmental Factors: Less than 3% harmful VOC's (Volatile Organic Compounds) emitted during powder coating application process.</w:t>
      </w:r>
    </w:p>
    <w:p w14:paraId="1B527D2F" w14:textId="3C9ECD29"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Color: Chosen from manufacturer's standards.</w:t>
      </w:r>
    </w:p>
    <w:p w14:paraId="0FC38EBB" w14:textId="742F1FF9" w:rsidR="00EA0B82" w:rsidRDefault="00A37496" w:rsidP="008A7BAD">
      <w:pPr>
        <w:pStyle w:val="ListParagraph"/>
        <w:numPr>
          <w:ilvl w:val="3"/>
          <w:numId w:val="20"/>
        </w:numPr>
        <w:spacing w:after="0" w:line="240" w:lineRule="auto"/>
        <w:ind w:left="1440" w:hanging="360"/>
      </w:pPr>
      <w:r w:rsidRPr="00EA0B82">
        <w:t>Quality Standard: Conforming to AAMA 2604.</w:t>
      </w:r>
      <w:r w:rsidR="003A2B52">
        <w:t xml:space="preserve"> Typical finish for the interior of the window frame.</w:t>
      </w:r>
    </w:p>
    <w:p w14:paraId="79F46C98" w14:textId="1E3FC491" w:rsidR="00A37496" w:rsidRDefault="00A37496" w:rsidP="008A7BAD">
      <w:pPr>
        <w:pStyle w:val="ListParagraph"/>
        <w:numPr>
          <w:ilvl w:val="3"/>
          <w:numId w:val="20"/>
        </w:numPr>
        <w:spacing w:after="0" w:line="240" w:lineRule="auto"/>
        <w:ind w:left="1440" w:hanging="360"/>
      </w:pPr>
      <w:r w:rsidRPr="00EA0B82">
        <w:t>Quality Standard: Conforming to AAMA 2605.</w:t>
      </w:r>
      <w:r w:rsidR="003A2B52">
        <w:t xml:space="preserve"> Typical finish for the exterior of the window frame. </w:t>
      </w:r>
    </w:p>
    <w:p w14:paraId="385D896A" w14:textId="53AD51EB" w:rsidR="009B6E0C" w:rsidRDefault="009B6E0C" w:rsidP="008A7BAD">
      <w:pPr>
        <w:pStyle w:val="ListParagraph"/>
        <w:numPr>
          <w:ilvl w:val="3"/>
          <w:numId w:val="20"/>
        </w:numPr>
        <w:spacing w:after="0" w:line="240" w:lineRule="auto"/>
        <w:ind w:left="1440" w:hanging="360"/>
      </w:pPr>
      <w:r>
        <w:t xml:space="preserve">Exterior low-e heat reducing powder coat finish. </w:t>
      </w:r>
    </w:p>
    <w:p w14:paraId="1F929D1D" w14:textId="2EB75CE5" w:rsidR="000F04FA" w:rsidRDefault="000F04FA" w:rsidP="008A7BAD">
      <w:pPr>
        <w:pStyle w:val="ListParagraph"/>
        <w:numPr>
          <w:ilvl w:val="3"/>
          <w:numId w:val="20"/>
        </w:numPr>
        <w:spacing w:after="0" w:line="240" w:lineRule="auto"/>
        <w:ind w:left="1440" w:hanging="360"/>
      </w:pPr>
      <w:r>
        <w:t xml:space="preserve">Interior finish with antimicrobial performance. </w:t>
      </w:r>
    </w:p>
    <w:p w14:paraId="1FC0258F" w14:textId="77777777" w:rsidR="003865AF" w:rsidRDefault="003865AF" w:rsidP="003865AF">
      <w:pPr>
        <w:pStyle w:val="ListParagraph"/>
        <w:spacing w:after="0" w:line="240" w:lineRule="auto"/>
        <w:ind w:left="1714"/>
      </w:pPr>
    </w:p>
    <w:p w14:paraId="7E55A004" w14:textId="0161CA18" w:rsidR="009F73A5" w:rsidRDefault="00C05B39" w:rsidP="003A2B52">
      <w:pPr>
        <w:spacing w:before="120" w:after="120" w:line="360" w:lineRule="auto"/>
      </w:pPr>
      <w:r>
        <w:rPr>
          <w:b/>
          <w:sz w:val="26"/>
        </w:rPr>
        <w:lastRenderedPageBreak/>
        <w:t>PART 3 – EXECUTION</w:t>
      </w:r>
    </w:p>
    <w:p w14:paraId="71D3FCC1" w14:textId="244C42BF" w:rsidR="00EA0B82" w:rsidRDefault="00EA0B82" w:rsidP="003A2B52">
      <w:pPr>
        <w:pStyle w:val="ListParagraph"/>
        <w:widowControl w:val="0"/>
        <w:numPr>
          <w:ilvl w:val="1"/>
          <w:numId w:val="30"/>
        </w:numPr>
        <w:shd w:val="clear" w:color="auto" w:fill="FFFFFF"/>
        <w:autoSpaceDE w:val="0"/>
        <w:autoSpaceDN w:val="0"/>
        <w:adjustRightInd w:val="0"/>
        <w:spacing w:before="120" w:after="120" w:line="360" w:lineRule="auto"/>
      </w:pPr>
      <w:r>
        <w:t>EXAMINATION</w:t>
      </w:r>
    </w:p>
    <w:p w14:paraId="3E3D7407" w14:textId="77777777" w:rsidR="00EA0B82" w:rsidRDefault="00EA0B82" w:rsidP="0006699B">
      <w:pPr>
        <w:pStyle w:val="ListParagraph"/>
        <w:widowControl w:val="0"/>
        <w:numPr>
          <w:ilvl w:val="0"/>
          <w:numId w:val="31"/>
        </w:numPr>
        <w:shd w:val="clear" w:color="auto" w:fill="FFFFFF"/>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06699B">
      <w:pPr>
        <w:pStyle w:val="ListParagraph"/>
        <w:widowControl w:val="0"/>
        <w:numPr>
          <w:ilvl w:val="0"/>
          <w:numId w:val="31"/>
        </w:numPr>
        <w:shd w:val="clear" w:color="auto" w:fill="FFFFFF"/>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3A2B52">
      <w:pPr>
        <w:pStyle w:val="ListParagraph"/>
        <w:widowControl w:val="0"/>
        <w:numPr>
          <w:ilvl w:val="1"/>
          <w:numId w:val="30"/>
        </w:numPr>
        <w:shd w:val="clear" w:color="auto" w:fill="FFFFFF"/>
        <w:autoSpaceDE w:val="0"/>
        <w:autoSpaceDN w:val="0"/>
        <w:adjustRightInd w:val="0"/>
        <w:spacing w:before="120" w:after="120" w:line="360" w:lineRule="auto"/>
      </w:pPr>
      <w:r>
        <w:t>PREPARATION</w:t>
      </w:r>
    </w:p>
    <w:p w14:paraId="21FAF7E9" w14:textId="77777777"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INSTALLATION</w:t>
      </w:r>
    </w:p>
    <w:p w14:paraId="502EDC21" w14:textId="77777777"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Install windows in accordance with approved shop drawings and window manufacturer's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Apply sealant per sealant manufacturer's recommendations at joints, wipe off excess, and leave exposed sealant surfaces clean and smooth.</w:t>
      </w:r>
    </w:p>
    <w:p w14:paraId="6A7668F2" w14:textId="678E3E22" w:rsidR="00EA0B82" w:rsidRPr="00EA0B82" w:rsidRDefault="00EA0B82" w:rsidP="003A2B52">
      <w:pPr>
        <w:widowControl w:val="0"/>
        <w:numPr>
          <w:ilvl w:val="1"/>
          <w:numId w:val="30"/>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ADJUSTING</w:t>
      </w:r>
    </w:p>
    <w:p w14:paraId="30E054AF" w14:textId="77777777" w:rsidR="00EA0B82" w:rsidRDefault="00EA0B82" w:rsidP="0006699B">
      <w:pPr>
        <w:widowControl w:val="0"/>
        <w:numPr>
          <w:ilvl w:val="2"/>
          <w:numId w:val="30"/>
        </w:numPr>
        <w:shd w:val="clear" w:color="auto" w:fill="FFFFFF"/>
        <w:autoSpaceDE w:val="0"/>
        <w:autoSpaceDN w:val="0"/>
        <w:adjustRightInd w:val="0"/>
        <w:spacing w:before="120" w:after="120" w:line="360" w:lineRule="auto"/>
        <w:ind w:left="900" w:hanging="360"/>
      </w:pPr>
      <w:r>
        <w:t>Adjust windows as necessary for smooth and weathertight operation.</w:t>
      </w:r>
    </w:p>
    <w:p w14:paraId="291D9578"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CLEANING</w:t>
      </w:r>
    </w:p>
    <w:p w14:paraId="7506172D" w14:textId="77777777" w:rsidR="00EA0B82" w:rsidRDefault="00EA0B82" w:rsidP="0006699B">
      <w:pPr>
        <w:widowControl w:val="0"/>
        <w:numPr>
          <w:ilvl w:val="2"/>
          <w:numId w:val="30"/>
        </w:numPr>
        <w:shd w:val="clear" w:color="auto" w:fill="FFFFFF"/>
        <w:autoSpaceDE w:val="0"/>
        <w:autoSpaceDN w:val="0"/>
        <w:adjustRightInd w:val="0"/>
        <w:spacing w:after="0" w:line="360" w:lineRule="auto"/>
        <w:ind w:left="900" w:hanging="360"/>
      </w:pPr>
      <w:r>
        <w:t xml:space="preserve">Peel the Preserve protective film from the window or door glass surfaces when the </w:t>
      </w:r>
      <w:r>
        <w:lastRenderedPageBreak/>
        <w:t>window or door installation is complete, leaving these surfaces ready for use without the need for glass cleaning.</w:t>
      </w:r>
    </w:p>
    <w:p w14:paraId="1BBA02E7" w14:textId="14DE5AA3" w:rsidR="006A5436" w:rsidRDefault="006A5436" w:rsidP="0006699B">
      <w:pPr>
        <w:widowControl w:val="0"/>
        <w:numPr>
          <w:ilvl w:val="2"/>
          <w:numId w:val="30"/>
        </w:numPr>
        <w:shd w:val="clear" w:color="auto" w:fill="FFFFFF"/>
        <w:autoSpaceDE w:val="0"/>
        <w:autoSpaceDN w:val="0"/>
        <w:adjustRightInd w:val="0"/>
        <w:spacing w:after="0" w:line="360" w:lineRule="auto"/>
        <w:ind w:left="900" w:hanging="360"/>
      </w:pPr>
      <w:r>
        <w:t xml:space="preserve">Remove protection film applied to the window frames once window installation is complete. </w:t>
      </w:r>
    </w:p>
    <w:p w14:paraId="70E94671" w14:textId="77777777" w:rsidR="009B6E0C" w:rsidRDefault="00EA0B82" w:rsidP="0006699B">
      <w:pPr>
        <w:widowControl w:val="0"/>
        <w:numPr>
          <w:ilvl w:val="2"/>
          <w:numId w:val="30"/>
        </w:numPr>
        <w:shd w:val="clear" w:color="auto" w:fill="FFFFFF"/>
        <w:autoSpaceDE w:val="0"/>
        <w:autoSpaceDN w:val="0"/>
        <w:adjustRightInd w:val="0"/>
        <w:spacing w:after="0" w:line="360" w:lineRule="auto"/>
        <w:ind w:left="900" w:hanging="360"/>
      </w:pPr>
      <w:r>
        <w:t>Leave the installed windows and doors clean and free of construction debris.</w:t>
      </w:r>
    </w:p>
    <w:p w14:paraId="4DC8EFF1" w14:textId="5A67B618" w:rsidR="00EA0B82" w:rsidRDefault="009B6E0C" w:rsidP="0006699B">
      <w:pPr>
        <w:widowControl w:val="0"/>
        <w:numPr>
          <w:ilvl w:val="2"/>
          <w:numId w:val="30"/>
        </w:numPr>
        <w:shd w:val="clear" w:color="auto" w:fill="FFFFFF"/>
        <w:autoSpaceDE w:val="0"/>
        <w:autoSpaceDN w:val="0"/>
        <w:adjustRightInd w:val="0"/>
        <w:spacing w:after="0" w:line="360" w:lineRule="auto"/>
        <w:ind w:left="900" w:hanging="360"/>
      </w:pPr>
      <w:r>
        <w:t>After installation, all maintenance and cleaning must be complete from the interior side of the window.</w:t>
      </w:r>
    </w:p>
    <w:p w14:paraId="30A9DB7A" w14:textId="77777777" w:rsidR="00EA0B82" w:rsidRDefault="00EA0B82" w:rsidP="003865AF">
      <w:pPr>
        <w:widowControl w:val="0"/>
        <w:numPr>
          <w:ilvl w:val="1"/>
          <w:numId w:val="30"/>
        </w:numPr>
        <w:shd w:val="clear" w:color="auto" w:fill="FFFFFF"/>
        <w:autoSpaceDE w:val="0"/>
        <w:autoSpaceDN w:val="0"/>
        <w:adjustRightInd w:val="0"/>
        <w:spacing w:after="0" w:line="360" w:lineRule="auto"/>
      </w:pPr>
      <w:r>
        <w:t>PROTECTION</w:t>
      </w:r>
    </w:p>
    <w:p w14:paraId="7E0C9E9B" w14:textId="77777777" w:rsidR="00EA0B82" w:rsidRDefault="00EA0B82" w:rsidP="0006699B">
      <w:pPr>
        <w:widowControl w:val="0"/>
        <w:numPr>
          <w:ilvl w:val="2"/>
          <w:numId w:val="30"/>
        </w:numPr>
        <w:shd w:val="clear" w:color="auto" w:fill="FFFFFF"/>
        <w:autoSpaceDE w:val="0"/>
        <w:autoSpaceDN w:val="0"/>
        <w:adjustRightInd w:val="0"/>
        <w:spacing w:after="0" w:line="360" w:lineRule="auto"/>
        <w:ind w:left="900" w:hanging="360"/>
      </w:pPr>
      <w:r>
        <w:t>Protect installed products until completion of project.</w:t>
      </w:r>
    </w:p>
    <w:p w14:paraId="10E29877" w14:textId="4E4667E5" w:rsidR="00EA0B82" w:rsidRDefault="00EA0B82" w:rsidP="0006699B">
      <w:pPr>
        <w:widowControl w:val="0"/>
        <w:numPr>
          <w:ilvl w:val="2"/>
          <w:numId w:val="30"/>
        </w:numPr>
        <w:shd w:val="clear" w:color="auto" w:fill="FFFFFF"/>
        <w:autoSpaceDE w:val="0"/>
        <w:autoSpaceDN w:val="0"/>
        <w:adjustRightInd w:val="0"/>
        <w:spacing w:after="0" w:line="360" w:lineRule="auto"/>
        <w:ind w:left="900" w:hanging="360"/>
      </w:pPr>
      <w:r>
        <w:t>Touch-up, repair or replace damaged products before Substantial Completion.</w:t>
      </w:r>
    </w:p>
    <w:p w14:paraId="7232CB40" w14:textId="7AA25C6C" w:rsidR="009F73A5" w:rsidRDefault="009F73A5" w:rsidP="003A2B52">
      <w:pPr>
        <w:spacing w:before="120" w:after="120" w:line="360" w:lineRule="auto"/>
      </w:pPr>
    </w:p>
    <w:sectPr w:rsidR="009F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1"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3"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4"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6"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83911A8"/>
    <w:multiLevelType w:val="hybridMultilevel"/>
    <w:tmpl w:val="AA540122"/>
    <w:lvl w:ilvl="0" w:tplc="A10829B6">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2"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3"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6"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7"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0"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FB23079"/>
    <w:multiLevelType w:val="multilevel"/>
    <w:tmpl w:val="8180A36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95885607">
    <w:abstractNumId w:val="8"/>
  </w:num>
  <w:num w:numId="2" w16cid:durableId="1584945557">
    <w:abstractNumId w:val="6"/>
  </w:num>
  <w:num w:numId="3" w16cid:durableId="1935359031">
    <w:abstractNumId w:val="5"/>
  </w:num>
  <w:num w:numId="4" w16cid:durableId="29889863">
    <w:abstractNumId w:val="4"/>
  </w:num>
  <w:num w:numId="5" w16cid:durableId="561646584">
    <w:abstractNumId w:val="7"/>
  </w:num>
  <w:num w:numId="6" w16cid:durableId="312683761">
    <w:abstractNumId w:val="3"/>
  </w:num>
  <w:num w:numId="7" w16cid:durableId="523446371">
    <w:abstractNumId w:val="2"/>
  </w:num>
  <w:num w:numId="8" w16cid:durableId="1926065298">
    <w:abstractNumId w:val="1"/>
  </w:num>
  <w:num w:numId="9" w16cid:durableId="1713462365">
    <w:abstractNumId w:val="0"/>
  </w:num>
  <w:num w:numId="10" w16cid:durableId="1185364872">
    <w:abstractNumId w:val="26"/>
  </w:num>
  <w:num w:numId="11" w16cid:durableId="1388066830">
    <w:abstractNumId w:val="17"/>
  </w:num>
  <w:num w:numId="12" w16cid:durableId="463012554">
    <w:abstractNumId w:val="15"/>
  </w:num>
  <w:num w:numId="13" w16cid:durableId="188032884">
    <w:abstractNumId w:val="31"/>
  </w:num>
  <w:num w:numId="14" w16cid:durableId="885217154">
    <w:abstractNumId w:val="12"/>
  </w:num>
  <w:num w:numId="15" w16cid:durableId="1739091594">
    <w:abstractNumId w:val="22"/>
  </w:num>
  <w:num w:numId="16" w16cid:durableId="1726370958">
    <w:abstractNumId w:val="30"/>
  </w:num>
  <w:num w:numId="17" w16cid:durableId="1951088336">
    <w:abstractNumId w:val="21"/>
  </w:num>
  <w:num w:numId="18" w16cid:durableId="1863738238">
    <w:abstractNumId w:val="28"/>
  </w:num>
  <w:num w:numId="19" w16cid:durableId="963576809">
    <w:abstractNumId w:val="13"/>
  </w:num>
  <w:num w:numId="20" w16cid:durableId="917667469">
    <w:abstractNumId w:val="20"/>
  </w:num>
  <w:num w:numId="21" w16cid:durableId="930167227">
    <w:abstractNumId w:val="27"/>
  </w:num>
  <w:num w:numId="22" w16cid:durableId="65037177">
    <w:abstractNumId w:val="10"/>
  </w:num>
  <w:num w:numId="23" w16cid:durableId="1940064035">
    <w:abstractNumId w:val="14"/>
  </w:num>
  <w:num w:numId="24" w16cid:durableId="453332536">
    <w:abstractNumId w:val="24"/>
  </w:num>
  <w:num w:numId="25" w16cid:durableId="1948191059">
    <w:abstractNumId w:val="32"/>
  </w:num>
  <w:num w:numId="26" w16cid:durableId="869339998">
    <w:abstractNumId w:val="11"/>
  </w:num>
  <w:num w:numId="27" w16cid:durableId="1736008907">
    <w:abstractNumId w:val="16"/>
  </w:num>
  <w:num w:numId="28" w16cid:durableId="399982599">
    <w:abstractNumId w:val="33"/>
  </w:num>
  <w:num w:numId="29" w16cid:durableId="492836734">
    <w:abstractNumId w:val="9"/>
  </w:num>
  <w:num w:numId="30" w16cid:durableId="1110314548">
    <w:abstractNumId w:val="18"/>
  </w:num>
  <w:num w:numId="31" w16cid:durableId="1770390074">
    <w:abstractNumId w:val="23"/>
  </w:num>
  <w:num w:numId="32" w16cid:durableId="1448042285">
    <w:abstractNumId w:val="25"/>
  </w:num>
  <w:num w:numId="33" w16cid:durableId="1719238108">
    <w:abstractNumId w:val="29"/>
  </w:num>
  <w:num w:numId="34" w16cid:durableId="1807577264">
    <w:abstractNumId w:val="19"/>
  </w:num>
  <w:num w:numId="35" w16cid:durableId="2785332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3A"/>
    <w:rsid w:val="00034267"/>
    <w:rsid w:val="00034616"/>
    <w:rsid w:val="0006063C"/>
    <w:rsid w:val="0006699B"/>
    <w:rsid w:val="00071247"/>
    <w:rsid w:val="0008384D"/>
    <w:rsid w:val="000E2274"/>
    <w:rsid w:val="000F04FA"/>
    <w:rsid w:val="00140A13"/>
    <w:rsid w:val="0015074B"/>
    <w:rsid w:val="00186F2A"/>
    <w:rsid w:val="001A476C"/>
    <w:rsid w:val="002008F8"/>
    <w:rsid w:val="002255F6"/>
    <w:rsid w:val="00254C81"/>
    <w:rsid w:val="0029639D"/>
    <w:rsid w:val="002A43C9"/>
    <w:rsid w:val="00326F90"/>
    <w:rsid w:val="0035490A"/>
    <w:rsid w:val="00367F88"/>
    <w:rsid w:val="003865AF"/>
    <w:rsid w:val="003A186C"/>
    <w:rsid w:val="003A2B52"/>
    <w:rsid w:val="003D16F7"/>
    <w:rsid w:val="00465AAA"/>
    <w:rsid w:val="004E6711"/>
    <w:rsid w:val="00511438"/>
    <w:rsid w:val="00523A5E"/>
    <w:rsid w:val="00532F5C"/>
    <w:rsid w:val="00545F38"/>
    <w:rsid w:val="005A4D1A"/>
    <w:rsid w:val="005C008D"/>
    <w:rsid w:val="005C55B7"/>
    <w:rsid w:val="005E20AC"/>
    <w:rsid w:val="00622F22"/>
    <w:rsid w:val="006531AC"/>
    <w:rsid w:val="006A5436"/>
    <w:rsid w:val="006C6541"/>
    <w:rsid w:val="0072407C"/>
    <w:rsid w:val="007C1714"/>
    <w:rsid w:val="00805C98"/>
    <w:rsid w:val="00856AFE"/>
    <w:rsid w:val="00884B23"/>
    <w:rsid w:val="008A7BAD"/>
    <w:rsid w:val="008E065D"/>
    <w:rsid w:val="009360C2"/>
    <w:rsid w:val="00963C07"/>
    <w:rsid w:val="009736D6"/>
    <w:rsid w:val="00984A09"/>
    <w:rsid w:val="00997084"/>
    <w:rsid w:val="009B6E0C"/>
    <w:rsid w:val="009E4C78"/>
    <w:rsid w:val="009F73A5"/>
    <w:rsid w:val="00A01EF3"/>
    <w:rsid w:val="00A16F43"/>
    <w:rsid w:val="00A2109D"/>
    <w:rsid w:val="00A2543F"/>
    <w:rsid w:val="00A37496"/>
    <w:rsid w:val="00A413D6"/>
    <w:rsid w:val="00A8571B"/>
    <w:rsid w:val="00AA1D8D"/>
    <w:rsid w:val="00AA72ED"/>
    <w:rsid w:val="00AB6965"/>
    <w:rsid w:val="00B21480"/>
    <w:rsid w:val="00B47730"/>
    <w:rsid w:val="00C05B39"/>
    <w:rsid w:val="00CB0664"/>
    <w:rsid w:val="00CE135F"/>
    <w:rsid w:val="00D20498"/>
    <w:rsid w:val="00DA2E29"/>
    <w:rsid w:val="00E16555"/>
    <w:rsid w:val="00E2090E"/>
    <w:rsid w:val="00E34294"/>
    <w:rsid w:val="00E363C3"/>
    <w:rsid w:val="00E5678E"/>
    <w:rsid w:val="00E57E57"/>
    <w:rsid w:val="00EA0B82"/>
    <w:rsid w:val="00ED6241"/>
    <w:rsid w:val="00EF0CDD"/>
    <w:rsid w:val="00F0581B"/>
    <w:rsid w:val="00F27F23"/>
    <w:rsid w:val="00F346C3"/>
    <w:rsid w:val="00F50263"/>
    <w:rsid w:val="00F5046C"/>
    <w:rsid w:val="00F52E44"/>
    <w:rsid w:val="00FC5623"/>
    <w:rsid w:val="00FC693F"/>
    <w:rsid w:val="00FD7DB2"/>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83031ED9-8B9E-4B20-B0F3-E8D142C1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240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erlessproducts.com" TargetMode="External"/><Relationship Id="rId3" Type="http://schemas.openxmlformats.org/officeDocument/2006/relationships/styles" Target="styles.xml"/><Relationship Id="rId7" Type="http://schemas.openxmlformats.org/officeDocument/2006/relationships/hyperlink" Target="mailto:info@peerlessproduc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erlessproduct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10</Pages>
  <Words>2970</Words>
  <Characters>16931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Autumn Dowell</cp:lastModifiedBy>
  <cp:revision>32</cp:revision>
  <dcterms:created xsi:type="dcterms:W3CDTF">2026-06-01T17:51:00Z</dcterms:created>
  <dcterms:modified xsi:type="dcterms:W3CDTF">2026-09-16T13:26:00Z</dcterms:modified>
  <cp:category/>
</cp:coreProperties>
</file>