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CE501" w14:textId="1E0B0A31" w:rsidR="009F73A5" w:rsidRDefault="004C7E33">
      <w:pPr>
        <w:jc w:val="center"/>
      </w:pPr>
      <w:r>
        <w:rPr>
          <w:b/>
          <w:sz w:val="32"/>
        </w:rPr>
        <w:t>SECTION 08 51 13 – ALUMINUM WINDOWS</w:t>
      </w:r>
    </w:p>
    <w:p w14:paraId="769A1F5E" w14:textId="03F8590F" w:rsidR="009F73A5" w:rsidRDefault="00FF1A92" w:rsidP="005C55B7">
      <w:pPr>
        <w:jc w:val="center"/>
      </w:pPr>
      <w:r>
        <w:rPr>
          <w:b/>
          <w:sz w:val="26"/>
        </w:rPr>
        <w:t xml:space="preserve">Peerless </w:t>
      </w:r>
      <w:r w:rsidR="004C7E33">
        <w:rPr>
          <w:b/>
          <w:sz w:val="26"/>
        </w:rPr>
        <w:t>G</w:t>
      </w:r>
      <w:r w:rsidR="008C1B45">
        <w:rPr>
          <w:b/>
          <w:sz w:val="26"/>
        </w:rPr>
        <w:t>6</w:t>
      </w:r>
      <w:r>
        <w:rPr>
          <w:b/>
          <w:sz w:val="26"/>
        </w:rPr>
        <w:t>61 Left Hand (G</w:t>
      </w:r>
      <w:r w:rsidR="008C1B45">
        <w:rPr>
          <w:b/>
          <w:sz w:val="26"/>
        </w:rPr>
        <w:t>6</w:t>
      </w:r>
      <w:r>
        <w:rPr>
          <w:b/>
          <w:sz w:val="26"/>
        </w:rPr>
        <w:t>65 Right Hand) Offset Casement Inswing Window to Simulate Hung Windows</w:t>
      </w:r>
    </w:p>
    <w:p w14:paraId="11B24858" w14:textId="77777777" w:rsidR="009F73A5" w:rsidRDefault="004C7E33" w:rsidP="00545F38">
      <w:pPr>
        <w:spacing w:before="120" w:after="120" w:line="240" w:lineRule="auto"/>
      </w:pPr>
      <w:r>
        <w:rPr>
          <w:b/>
          <w:sz w:val="26"/>
        </w:rPr>
        <w:t>PART 1 – GENERAL</w:t>
      </w:r>
    </w:p>
    <w:p w14:paraId="7F8E20B8" w14:textId="77777777" w:rsidR="009F73A5" w:rsidRDefault="004C7E33" w:rsidP="00545F38">
      <w:pPr>
        <w:spacing w:before="120" w:after="120" w:line="240" w:lineRule="auto"/>
      </w:pPr>
      <w:r>
        <w:t>1.1 SECTION INCLUDES</w:t>
      </w:r>
    </w:p>
    <w:p w14:paraId="0A8A415C" w14:textId="62645756" w:rsidR="009F73A5" w:rsidRDefault="004C7E33" w:rsidP="004D5AC6">
      <w:pPr>
        <w:spacing w:before="120" w:after="120" w:line="240" w:lineRule="auto"/>
        <w:ind w:left="900" w:hanging="360"/>
      </w:pPr>
      <w:r>
        <w:t xml:space="preserve">A. </w:t>
      </w:r>
      <w:r w:rsidR="009E4C78">
        <w:t xml:space="preserve">  </w:t>
      </w:r>
      <w:r w:rsidR="00FF1A92">
        <w:t>Peerless G</w:t>
      </w:r>
      <w:r w:rsidR="008C1B45">
        <w:t>6</w:t>
      </w:r>
      <w:r w:rsidR="00FF1A92">
        <w:t>61 Left Hand (G</w:t>
      </w:r>
      <w:r w:rsidR="008C1B45">
        <w:t>6</w:t>
      </w:r>
      <w:r w:rsidR="00FF1A92">
        <w:t xml:space="preserve">65 Right Hand) Offset Casement Inswing Window. </w:t>
      </w:r>
      <w:r>
        <w:t>Thermally broken aluminum window systems with simulated hung appearance.</w:t>
      </w:r>
    </w:p>
    <w:p w14:paraId="3C893E27" w14:textId="77777777" w:rsidR="009F73A5" w:rsidRDefault="004C7E33" w:rsidP="00545F38">
      <w:pPr>
        <w:spacing w:before="120" w:after="120" w:line="240" w:lineRule="auto"/>
      </w:pPr>
      <w:r>
        <w:t>1.2 RELATED SECTIONS</w:t>
      </w:r>
    </w:p>
    <w:p w14:paraId="7822457E" w14:textId="23E3FA52" w:rsidR="009F73A5" w:rsidRDefault="004C7E33" w:rsidP="004D5AC6">
      <w:pPr>
        <w:spacing w:before="120" w:after="120" w:line="240" w:lineRule="auto"/>
        <w:ind w:left="900" w:hanging="360"/>
      </w:pPr>
      <w:r>
        <w:t>A.</w:t>
      </w:r>
      <w:r w:rsidR="009E4C78">
        <w:t xml:space="preserve">  </w:t>
      </w:r>
      <w:r>
        <w:t xml:space="preserve"> Section 07 92 00 – Joint Sealants</w:t>
      </w:r>
    </w:p>
    <w:p w14:paraId="55D0DF1E" w14:textId="3FB63A6E" w:rsidR="009F73A5" w:rsidRDefault="004C7E33" w:rsidP="004D5AC6">
      <w:pPr>
        <w:spacing w:before="120" w:after="120" w:line="240" w:lineRule="auto"/>
        <w:ind w:left="900" w:hanging="360"/>
      </w:pPr>
      <w:r>
        <w:t xml:space="preserve">B. </w:t>
      </w:r>
      <w:r w:rsidR="009E4C78">
        <w:t xml:space="preserve">  </w:t>
      </w:r>
      <w:r>
        <w:t>Section 08 80 00 – Glazing</w:t>
      </w:r>
    </w:p>
    <w:p w14:paraId="490C74EA" w14:textId="77777777" w:rsidR="009F73A5" w:rsidRDefault="004C7E33" w:rsidP="00545F38">
      <w:pPr>
        <w:spacing w:before="120" w:after="120" w:line="240" w:lineRule="auto"/>
      </w:pPr>
      <w:r>
        <w:t>1.3 REFERENCES</w:t>
      </w:r>
    </w:p>
    <w:p w14:paraId="7DEE07E0" w14:textId="1E69EF60" w:rsidR="009F73A5" w:rsidRDefault="004C7E33" w:rsidP="004D5AC6">
      <w:pPr>
        <w:spacing w:before="120" w:after="120" w:line="240" w:lineRule="auto"/>
        <w:ind w:left="900" w:hanging="360"/>
      </w:pPr>
      <w:r>
        <w:t xml:space="preserve">A. </w:t>
      </w:r>
      <w:r w:rsidR="009E4C78">
        <w:t xml:space="preserve">  </w:t>
      </w:r>
      <w:r>
        <w:t>AAMA</w:t>
      </w:r>
      <w:r w:rsidR="00B21480">
        <w:t xml:space="preserve"> – American Architectural Manufacturers Association:</w:t>
      </w:r>
    </w:p>
    <w:p w14:paraId="7069682F" w14:textId="4B48F808" w:rsidR="00CE135F" w:rsidRDefault="00CE135F" w:rsidP="004D5AC6">
      <w:pPr>
        <w:widowControl w:val="0"/>
        <w:numPr>
          <w:ilvl w:val="3"/>
          <w:numId w:val="10"/>
        </w:numPr>
        <w:shd w:val="clear" w:color="auto" w:fill="FFFFFF"/>
        <w:autoSpaceDE w:val="0"/>
        <w:autoSpaceDN w:val="0"/>
        <w:adjustRightInd w:val="0"/>
        <w:spacing w:before="120" w:after="120" w:line="240" w:lineRule="auto"/>
        <w:ind w:left="1440" w:hanging="360"/>
      </w:pPr>
      <w:r>
        <w:t>AAMA/ WDMA/CSA 101/I.S.2/ A440-</w:t>
      </w:r>
      <w:r w:rsidR="00FF1A92">
        <w:t>17</w:t>
      </w:r>
      <w:r>
        <w:t xml:space="preserve"> </w:t>
      </w:r>
      <w:r w:rsidR="00545F38">
        <w:t>“</w:t>
      </w:r>
      <w:r>
        <w:t>Standard/Specification for windows, doors, and unit skylights</w:t>
      </w:r>
      <w:r w:rsidR="00545F38">
        <w:t>.”</w:t>
      </w:r>
    </w:p>
    <w:p w14:paraId="16CED8D3" w14:textId="3A00D68E" w:rsidR="00CE135F" w:rsidRDefault="00CE135F"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AAMA 502-12 </w:t>
      </w:r>
      <w:r w:rsidR="00545F38">
        <w:t>“</w:t>
      </w:r>
      <w:r>
        <w:t>Voluntary Specification for Field Testing of Newly Installed Fenestration Products</w:t>
      </w:r>
      <w:r w:rsidR="00545F38">
        <w:t>.”</w:t>
      </w:r>
    </w:p>
    <w:p w14:paraId="1860D2F9" w14:textId="0BE804ED" w:rsidR="00CE135F" w:rsidRDefault="00CE135F"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AAMA 701/702-11 </w:t>
      </w:r>
      <w:r w:rsidR="00545F38">
        <w:t>“</w:t>
      </w:r>
      <w:r>
        <w:t xml:space="preserve">Voluntary Specification for Pile Weatherstripping and Replaceable Fenestration </w:t>
      </w:r>
      <w:proofErr w:type="spellStart"/>
      <w:r>
        <w:t>Weatherseals</w:t>
      </w:r>
      <w:proofErr w:type="spellEnd"/>
      <w:r w:rsidR="00545F38">
        <w:t>.”</w:t>
      </w:r>
    </w:p>
    <w:p w14:paraId="37216CE2" w14:textId="7EFAC843" w:rsidR="00CE135F" w:rsidRDefault="00CE135F"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AAMA 901-10 </w:t>
      </w:r>
      <w:r w:rsidR="00545F38">
        <w:t>“</w:t>
      </w:r>
      <w:r>
        <w:t>Voluntary Specification for Rotary &amp; Linear Operators in Window Applications</w:t>
      </w:r>
      <w:r w:rsidR="00545F38">
        <w:t>.”</w:t>
      </w:r>
    </w:p>
    <w:p w14:paraId="185AEE2D" w14:textId="3D08C081" w:rsidR="00CE135F" w:rsidRDefault="00CE135F"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AAMA 904-09 </w:t>
      </w:r>
      <w:r w:rsidR="00545F38">
        <w:t>“</w:t>
      </w:r>
      <w:r>
        <w:t>Voluntary Specification for Multi-bar Hinges in Window Applications</w:t>
      </w:r>
      <w:r w:rsidR="00545F38">
        <w:t>.”</w:t>
      </w:r>
    </w:p>
    <w:p w14:paraId="736FE02E" w14:textId="3EFEDCAB" w:rsidR="00CE135F" w:rsidRDefault="00CE135F"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AAMA 910-10 </w:t>
      </w:r>
      <w:r w:rsidR="00545F38">
        <w:t>“</w:t>
      </w:r>
      <w:r>
        <w:t>Voluntary - Life Cycle- Specifications and Test Methods for AW Class Architectural Windows and Doors</w:t>
      </w:r>
      <w:r w:rsidR="00545F38">
        <w:t>.”</w:t>
      </w:r>
    </w:p>
    <w:p w14:paraId="2AFAA60A" w14:textId="01CCD307" w:rsidR="00CE135F" w:rsidRDefault="00CE135F" w:rsidP="004D5AC6">
      <w:pPr>
        <w:pStyle w:val="ListParagraph"/>
        <w:widowControl w:val="0"/>
        <w:numPr>
          <w:ilvl w:val="3"/>
          <w:numId w:val="10"/>
        </w:numPr>
        <w:shd w:val="clear" w:color="auto" w:fill="FFFFFF"/>
        <w:autoSpaceDE w:val="0"/>
        <w:autoSpaceDN w:val="0"/>
        <w:adjustRightInd w:val="0"/>
        <w:spacing w:before="120" w:after="120" w:line="240" w:lineRule="auto"/>
        <w:ind w:left="1440" w:hanging="360"/>
      </w:pPr>
      <w:r>
        <w:t xml:space="preserve">AAMA 1503-09 </w:t>
      </w:r>
      <w:r w:rsidR="00545F38">
        <w:t>“</w:t>
      </w:r>
      <w:r>
        <w:t>Voluntary Test Method for Thermal Transmittance and Condensation Resistance of Windows, Doors, and Glazed Wall Sections</w:t>
      </w:r>
      <w:r w:rsidR="00545F38">
        <w:t>.”</w:t>
      </w:r>
    </w:p>
    <w:p w14:paraId="7EC8A91E" w14:textId="4A2005DD" w:rsidR="00545F38" w:rsidRDefault="004D5AC6" w:rsidP="004D5AC6">
      <w:pPr>
        <w:widowControl w:val="0"/>
        <w:shd w:val="clear" w:color="auto" w:fill="FFFFFF"/>
        <w:autoSpaceDE w:val="0"/>
        <w:autoSpaceDN w:val="0"/>
        <w:adjustRightInd w:val="0"/>
        <w:spacing w:before="120" w:after="120" w:line="240" w:lineRule="auto"/>
        <w:ind w:left="1440" w:hanging="360"/>
      </w:pPr>
      <w:r>
        <w:t>8</w:t>
      </w:r>
      <w:r w:rsidR="00CE135F">
        <w:t>.</w:t>
      </w:r>
      <w:r>
        <w:tab/>
      </w:r>
      <w:r w:rsidR="00CE135F">
        <w:t xml:space="preserve">AAMA 2605-13 </w:t>
      </w:r>
      <w:r w:rsidR="00545F38">
        <w:t>“</w:t>
      </w:r>
      <w:r w:rsidR="00CE135F">
        <w:t>Voluntary Specification, Performance Requirements and</w:t>
      </w:r>
      <w:r w:rsidR="00545F38">
        <w:t xml:space="preserve"> </w:t>
      </w:r>
      <w:r w:rsidR="00CE135F">
        <w:t>Test Procedures for Superior Performing Organic Coatings on Aluminum Extrusions and Panels</w:t>
      </w:r>
      <w:r w:rsidR="00545F38">
        <w:t>.”</w:t>
      </w:r>
      <w:r w:rsidR="00CE135F">
        <w:t xml:space="preserve"> </w:t>
      </w:r>
    </w:p>
    <w:p w14:paraId="49C7523A" w14:textId="623B21D6" w:rsidR="00545F38" w:rsidRDefault="004D5AC6" w:rsidP="004D5AC6">
      <w:pPr>
        <w:widowControl w:val="0"/>
        <w:shd w:val="clear" w:color="auto" w:fill="FFFFFF"/>
        <w:autoSpaceDE w:val="0"/>
        <w:autoSpaceDN w:val="0"/>
        <w:adjustRightInd w:val="0"/>
        <w:spacing w:before="120" w:after="120" w:line="240" w:lineRule="auto"/>
        <w:ind w:left="1440" w:hanging="360"/>
      </w:pPr>
      <w:r>
        <w:t>9</w:t>
      </w:r>
      <w:r w:rsidR="00545F38">
        <w:t>.</w:t>
      </w:r>
      <w:r>
        <w:tab/>
      </w:r>
      <w:r w:rsidR="00CE135F" w:rsidRPr="00545F38">
        <w:t xml:space="preserve">AAMA CW-10-12 </w:t>
      </w:r>
      <w:r w:rsidR="00545F38">
        <w:t>“</w:t>
      </w:r>
      <w:r w:rsidR="00CE135F" w:rsidRPr="00545F38">
        <w:t>Care and Handling of Architectural Aluminum from Shop to Site</w:t>
      </w:r>
      <w:r w:rsidR="00545F38">
        <w:t>.”</w:t>
      </w:r>
    </w:p>
    <w:p w14:paraId="6B45FF22" w14:textId="0C45CC1F" w:rsidR="00B21480" w:rsidRPr="00545F38" w:rsidRDefault="00545F38" w:rsidP="004D5AC6">
      <w:pPr>
        <w:widowControl w:val="0"/>
        <w:shd w:val="clear" w:color="auto" w:fill="FFFFFF"/>
        <w:autoSpaceDE w:val="0"/>
        <w:autoSpaceDN w:val="0"/>
        <w:adjustRightInd w:val="0"/>
        <w:spacing w:before="120" w:after="120" w:line="240" w:lineRule="auto"/>
        <w:ind w:left="1440" w:hanging="360"/>
      </w:pPr>
      <w:r>
        <w:t>1</w:t>
      </w:r>
      <w:r w:rsidR="004D5AC6">
        <w:t>0</w:t>
      </w:r>
      <w:r>
        <w:t>.</w:t>
      </w:r>
      <w:r w:rsidR="004D5AC6">
        <w:tab/>
      </w:r>
      <w:r w:rsidR="00CE135F" w:rsidRPr="00545F38">
        <w:t xml:space="preserve">AAMA 513-12 </w:t>
      </w:r>
      <w:r>
        <w:t>“</w:t>
      </w:r>
      <w:r w:rsidR="00CE135F" w:rsidRPr="00545F38">
        <w:t>Standard Laboratory Test Method for Determination of Forces and Motions Required to Activate Operable Parts of CW and AW Class Operable Windows, Sliding Glass Doors and Terrace Doors in Accessible Spaces</w:t>
      </w:r>
      <w:r>
        <w:t>.”</w:t>
      </w:r>
    </w:p>
    <w:p w14:paraId="2FB11888" w14:textId="281CAFEE" w:rsidR="009F73A5" w:rsidRDefault="00B21480" w:rsidP="004D5AC6">
      <w:pPr>
        <w:pStyle w:val="ListParagraph"/>
        <w:numPr>
          <w:ilvl w:val="2"/>
          <w:numId w:val="10"/>
        </w:numPr>
        <w:spacing w:before="120" w:after="120" w:line="240" w:lineRule="auto"/>
        <w:ind w:left="900" w:hanging="360"/>
      </w:pPr>
      <w:r>
        <w:t>ASTM International:</w:t>
      </w:r>
    </w:p>
    <w:p w14:paraId="1D882442" w14:textId="03AD8B40" w:rsidR="00B21480" w:rsidRDefault="00B21480"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ASTM E90-09 </w:t>
      </w:r>
      <w:r w:rsidR="00545F38">
        <w:t>“</w:t>
      </w:r>
      <w:r>
        <w:t xml:space="preserve">Standard Test Method for Laboratory Measurement of Airborne </w:t>
      </w:r>
      <w:r>
        <w:lastRenderedPageBreak/>
        <w:t>Sound Transmission Loss of Building Partitions and Elements</w:t>
      </w:r>
      <w:r w:rsidR="00545F38">
        <w:t>.”</w:t>
      </w:r>
    </w:p>
    <w:p w14:paraId="0AE3A8E9" w14:textId="471166CB" w:rsidR="00B21480" w:rsidRDefault="00B21480"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ASTM E283-12 </w:t>
      </w:r>
      <w:r w:rsidR="00545F38">
        <w:t>“</w:t>
      </w:r>
      <w:r>
        <w:t>Standard Test Method for Determining Rate of Air Leakage Through Exterior Windows, Curtain Walls, and Doors Under Specified Pressure Differences Across the Specimen</w:t>
      </w:r>
      <w:r w:rsidR="00545F38">
        <w:t>.”</w:t>
      </w:r>
    </w:p>
    <w:p w14:paraId="5AD39735" w14:textId="16C7D622" w:rsidR="00B21480" w:rsidRDefault="00B21480"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ASTM E330-14 </w:t>
      </w:r>
      <w:r w:rsidR="00545F38">
        <w:t>“</w:t>
      </w:r>
      <w:r>
        <w:t>Standard Test Method for Structural Performance of Exterior Windows, Doors, Skylights, and Curtain Walls by Uniform Static Air Pressure Difference</w:t>
      </w:r>
      <w:r w:rsidR="00545F38">
        <w:t>.”</w:t>
      </w:r>
      <w:r>
        <w:t xml:space="preserve"> </w:t>
      </w:r>
    </w:p>
    <w:p w14:paraId="025CBEAC" w14:textId="2A161527" w:rsidR="00B21480" w:rsidRDefault="00B21480"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ASTM E331-09 </w:t>
      </w:r>
      <w:r w:rsidR="00545F38">
        <w:t>“</w:t>
      </w:r>
      <w:r>
        <w:t>Standard Test Method for Water Penetration of Exterior Windows, Skylights, Doors, and Curtain Walls by Uniform Static Air Pressure Difference</w:t>
      </w:r>
      <w:r w:rsidR="00545F38">
        <w:t>.”</w:t>
      </w:r>
      <w:r>
        <w:t xml:space="preserve"> </w:t>
      </w:r>
    </w:p>
    <w:p w14:paraId="3B0B8DF9" w14:textId="2EA41CDA" w:rsidR="00B21480" w:rsidRDefault="00B21480"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ASTM E547-09 </w:t>
      </w:r>
      <w:r w:rsidR="00545F38">
        <w:t>“</w:t>
      </w:r>
      <w:r>
        <w:t>Standard Test Method for Water Penetration of Exterior Windows, Skylights, Doors, and Curtain Walls by Cyclic Static Air Pressure Differential</w:t>
      </w:r>
      <w:r w:rsidR="00545F38">
        <w:t>.”</w:t>
      </w:r>
    </w:p>
    <w:p w14:paraId="455259DC" w14:textId="51F35521" w:rsidR="00B21480" w:rsidRDefault="00B21480"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ASTM E2190-10 </w:t>
      </w:r>
      <w:r w:rsidR="00545F38">
        <w:t>“</w:t>
      </w:r>
      <w:r>
        <w:t>Standard Specification for Insulating Glass Unit Performance and Evaluation</w:t>
      </w:r>
      <w:r w:rsidR="00545F38">
        <w:t>.”</w:t>
      </w:r>
    </w:p>
    <w:p w14:paraId="034E1395" w14:textId="571E5737" w:rsidR="00B21480" w:rsidRDefault="00B21480"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ASTM F588-07 </w:t>
      </w:r>
      <w:r w:rsidR="00545F38">
        <w:t>“</w:t>
      </w:r>
      <w:r>
        <w:t>Standard Test Methods for Measuring the Forced Entry Resistance of Window Assemblies, Excluding Glazing Impact</w:t>
      </w:r>
      <w:r w:rsidR="00545F38">
        <w:t>.”</w:t>
      </w:r>
    </w:p>
    <w:p w14:paraId="6551F99E" w14:textId="15F21197" w:rsidR="00B21480" w:rsidRDefault="00B21480"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ASTM D 532 </w:t>
      </w:r>
      <w:r w:rsidR="00545F38">
        <w:t>“</w:t>
      </w:r>
      <w:r>
        <w:t>Standard Test Method for Specular Gloss.</w:t>
      </w:r>
      <w:r w:rsidR="000F04FA">
        <w:t>”</w:t>
      </w:r>
    </w:p>
    <w:p w14:paraId="14E20EFA" w14:textId="3B918F7F" w:rsidR="00B21480" w:rsidRDefault="00B21480"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ASTM D 1400 </w:t>
      </w:r>
      <w:r w:rsidR="00545F38">
        <w:t>“</w:t>
      </w:r>
      <w:r>
        <w:t>Standard Test Method for Nondestructive Measurement of Dry Film Thickness of Nonconductive Coatings Applied to a Nonferrous Metal base.</w:t>
      </w:r>
      <w:r w:rsidR="00545F38">
        <w:t>”</w:t>
      </w:r>
    </w:p>
    <w:p w14:paraId="3F653881" w14:textId="2D7C8595" w:rsidR="00B21480" w:rsidRDefault="00B21480"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ASTM D 1654 </w:t>
      </w:r>
      <w:r w:rsidR="00545F38">
        <w:t>“</w:t>
      </w:r>
      <w:r>
        <w:t>Evaluation of Painted or Coated Specimens Subjected to Corrosive Environments.</w:t>
      </w:r>
      <w:r w:rsidR="00545F38">
        <w:t>”</w:t>
      </w:r>
    </w:p>
    <w:p w14:paraId="293582BC" w14:textId="518A749E" w:rsidR="00B21480" w:rsidRDefault="00B21480"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ASTM D 2244 </w:t>
      </w:r>
      <w:r w:rsidR="00545F38">
        <w:t>“</w:t>
      </w:r>
      <w:r>
        <w:t>Test Method for Calculation of Color Differences from Instrumentally Measured Color Coordinates.</w:t>
      </w:r>
      <w:r w:rsidR="00545F38">
        <w:t>”</w:t>
      </w:r>
    </w:p>
    <w:p w14:paraId="0D1C46A9" w14:textId="1E0BA883" w:rsidR="00B21480" w:rsidRDefault="00B21480" w:rsidP="004D5AC6">
      <w:pPr>
        <w:widowControl w:val="0"/>
        <w:numPr>
          <w:ilvl w:val="3"/>
          <w:numId w:val="10"/>
        </w:numPr>
        <w:shd w:val="clear" w:color="auto" w:fill="FFFFFF"/>
        <w:autoSpaceDE w:val="0"/>
        <w:autoSpaceDN w:val="0"/>
        <w:adjustRightInd w:val="0"/>
        <w:spacing w:before="120" w:after="120" w:line="240" w:lineRule="auto"/>
        <w:ind w:left="1440" w:hanging="360"/>
      </w:pPr>
      <w:r>
        <w:t xml:space="preserve">ASTM D 4214 </w:t>
      </w:r>
      <w:r w:rsidR="00545F38">
        <w:t>“</w:t>
      </w:r>
      <w:r>
        <w:t>Test Methods for Evaluating Degree of Chalking of Exterior Paint Films.</w:t>
      </w:r>
      <w:r w:rsidR="00545F38">
        <w:t>”</w:t>
      </w:r>
    </w:p>
    <w:p w14:paraId="3806F27F" w14:textId="41695DA8" w:rsidR="009F73A5" w:rsidRDefault="004C7E33" w:rsidP="004D5AC6">
      <w:pPr>
        <w:spacing w:before="120" w:after="120" w:line="240" w:lineRule="auto"/>
        <w:ind w:left="900" w:hanging="360"/>
      </w:pPr>
      <w:r>
        <w:t>C.</w:t>
      </w:r>
      <w:r w:rsidR="009E4C78">
        <w:t xml:space="preserve">  </w:t>
      </w:r>
      <w:r>
        <w:t xml:space="preserve"> IGCC</w:t>
      </w:r>
      <w:r w:rsidR="00B21480">
        <w:t xml:space="preserve"> – Insulating Glass Certification Council</w:t>
      </w:r>
    </w:p>
    <w:p w14:paraId="75C228BE" w14:textId="279E34A8" w:rsidR="00B21480" w:rsidRDefault="00B21480" w:rsidP="004D5AC6">
      <w:pPr>
        <w:spacing w:before="120" w:after="120" w:line="240" w:lineRule="auto"/>
        <w:ind w:left="900" w:hanging="360"/>
      </w:pPr>
      <w:r>
        <w:t>D.</w:t>
      </w:r>
      <w:r w:rsidR="009E4C78">
        <w:t xml:space="preserve">  </w:t>
      </w:r>
      <w:r>
        <w:t xml:space="preserve"> NFRC – National Fenestration Rating Council:</w:t>
      </w:r>
    </w:p>
    <w:p w14:paraId="689CED5A" w14:textId="0AD392BD" w:rsidR="00B21480" w:rsidRDefault="00B21480" w:rsidP="004D5AC6">
      <w:pPr>
        <w:widowControl w:val="0"/>
        <w:numPr>
          <w:ilvl w:val="3"/>
          <w:numId w:val="12"/>
        </w:numPr>
        <w:shd w:val="clear" w:color="auto" w:fill="FFFFFF"/>
        <w:autoSpaceDE w:val="0"/>
        <w:autoSpaceDN w:val="0"/>
        <w:adjustRightInd w:val="0"/>
        <w:spacing w:before="120" w:after="120" w:line="240" w:lineRule="auto"/>
        <w:ind w:left="1440" w:hanging="360"/>
      </w:pPr>
      <w:r>
        <w:t xml:space="preserve">NFRC 100-2014 </w:t>
      </w:r>
      <w:r w:rsidR="00545F38">
        <w:t>“</w:t>
      </w:r>
      <w:r>
        <w:t>Procedure for Determining Fenestration Product U Factors</w:t>
      </w:r>
      <w:r w:rsidR="00545F38">
        <w:t>.”</w:t>
      </w:r>
    </w:p>
    <w:p w14:paraId="674A8C61" w14:textId="207D542C" w:rsidR="00B21480" w:rsidRDefault="00B21480" w:rsidP="004D5AC6">
      <w:pPr>
        <w:widowControl w:val="0"/>
        <w:numPr>
          <w:ilvl w:val="3"/>
          <w:numId w:val="12"/>
        </w:numPr>
        <w:shd w:val="clear" w:color="auto" w:fill="FFFFFF"/>
        <w:autoSpaceDE w:val="0"/>
        <w:autoSpaceDN w:val="0"/>
        <w:adjustRightInd w:val="0"/>
        <w:spacing w:before="120" w:after="120" w:line="240" w:lineRule="auto"/>
        <w:ind w:left="1440" w:hanging="360"/>
      </w:pPr>
      <w:r>
        <w:t xml:space="preserve">NFRC 102-2014 </w:t>
      </w:r>
      <w:r w:rsidR="00545F38">
        <w:t>“</w:t>
      </w:r>
      <w:r>
        <w:t>Procedure for Measuring the Steady-State Thermal Transmittance of Fenestration Systems</w:t>
      </w:r>
      <w:r w:rsidR="00545F38">
        <w:t>.”</w:t>
      </w:r>
    </w:p>
    <w:p w14:paraId="632A7073" w14:textId="4DD41456" w:rsidR="00F27F23" w:rsidRDefault="00F27F23" w:rsidP="004D5AC6">
      <w:pPr>
        <w:widowControl w:val="0"/>
        <w:shd w:val="clear" w:color="auto" w:fill="FFFFFF"/>
        <w:autoSpaceDE w:val="0"/>
        <w:autoSpaceDN w:val="0"/>
        <w:adjustRightInd w:val="0"/>
        <w:spacing w:before="120" w:after="120" w:line="240" w:lineRule="auto"/>
        <w:ind w:left="900" w:hanging="360"/>
      </w:pPr>
      <w:r>
        <w:t xml:space="preserve">E. </w:t>
      </w:r>
      <w:r w:rsidR="009E4C78">
        <w:t xml:space="preserve">  </w:t>
      </w:r>
      <w:r>
        <w:t>SGCC – Safety Glazing Certification Council:</w:t>
      </w:r>
    </w:p>
    <w:p w14:paraId="07E05FD3" w14:textId="614C9E9C" w:rsidR="00F27F23" w:rsidRDefault="00F27F23" w:rsidP="004D5AC6">
      <w:pPr>
        <w:widowControl w:val="0"/>
        <w:numPr>
          <w:ilvl w:val="3"/>
          <w:numId w:val="13"/>
        </w:numPr>
        <w:shd w:val="clear" w:color="auto" w:fill="FFFFFF"/>
        <w:autoSpaceDE w:val="0"/>
        <w:autoSpaceDN w:val="0"/>
        <w:adjustRightInd w:val="0"/>
        <w:spacing w:before="120" w:after="120" w:line="240" w:lineRule="auto"/>
        <w:ind w:left="1440" w:hanging="360"/>
      </w:pPr>
      <w:r>
        <w:t xml:space="preserve">ANSI Z97.1-09 </w:t>
      </w:r>
      <w:r w:rsidR="008E065D">
        <w:t>“</w:t>
      </w:r>
      <w:r>
        <w:t>American National Standard for Safety Glazing Materials used in Buildings - Safety Performance Specifications and Methods of Test</w:t>
      </w:r>
      <w:r w:rsidR="008E065D">
        <w:t>.”</w:t>
      </w:r>
    </w:p>
    <w:p w14:paraId="56398D8C" w14:textId="0BB32CB6" w:rsidR="00B21480" w:rsidRDefault="00F27F23" w:rsidP="004D5AC6">
      <w:pPr>
        <w:widowControl w:val="0"/>
        <w:numPr>
          <w:ilvl w:val="3"/>
          <w:numId w:val="13"/>
        </w:numPr>
        <w:shd w:val="clear" w:color="auto" w:fill="FFFFFF"/>
        <w:autoSpaceDE w:val="0"/>
        <w:autoSpaceDN w:val="0"/>
        <w:adjustRightInd w:val="0"/>
        <w:spacing w:before="120" w:after="120" w:line="240" w:lineRule="auto"/>
        <w:ind w:left="1440" w:hanging="360"/>
      </w:pPr>
      <w:r>
        <w:t xml:space="preserve">16 CFR 1201 </w:t>
      </w:r>
      <w:r w:rsidR="008E065D">
        <w:t>“</w:t>
      </w:r>
      <w:r>
        <w:t>Consumer Product Safety Commission Safety Standard for Architectural Glazing Materials - codified at Title 16, Part 1201 of the Code of Federal Regulations 2011 Edition</w:t>
      </w:r>
      <w:r w:rsidR="008E065D">
        <w:t>.”</w:t>
      </w:r>
    </w:p>
    <w:p w14:paraId="7D91CAD9" w14:textId="77777777" w:rsidR="009F73A5" w:rsidRDefault="004C7E33" w:rsidP="008E065D">
      <w:pPr>
        <w:spacing w:before="120" w:after="120" w:line="240" w:lineRule="auto"/>
      </w:pPr>
      <w:r>
        <w:t>1.4 SUBMITTALS</w:t>
      </w:r>
    </w:p>
    <w:p w14:paraId="174F5D92" w14:textId="77A38CC7" w:rsidR="00F27F23" w:rsidRDefault="004C7E33" w:rsidP="004D5AC6">
      <w:pPr>
        <w:spacing w:before="120" w:after="120" w:line="240" w:lineRule="auto"/>
        <w:ind w:left="900" w:hanging="360"/>
      </w:pPr>
      <w:r>
        <w:lastRenderedPageBreak/>
        <w:t xml:space="preserve">A. </w:t>
      </w:r>
      <w:r w:rsidR="009E4C78">
        <w:t xml:space="preserve">  </w:t>
      </w:r>
      <w:r>
        <w:t>Product Data</w:t>
      </w:r>
      <w:r w:rsidR="00F27F23">
        <w:t>: test reports or waiver from an AAMA accredited laboratory; manufacturer’s specifications.</w:t>
      </w:r>
    </w:p>
    <w:p w14:paraId="2017E301" w14:textId="40A3499F" w:rsidR="00F27F23" w:rsidRDefault="00F27F23" w:rsidP="004D5AC6">
      <w:pPr>
        <w:spacing w:before="120" w:after="120" w:line="240" w:lineRule="auto"/>
        <w:ind w:left="900" w:hanging="360"/>
      </w:pPr>
      <w:r>
        <w:t xml:space="preserve">B. </w:t>
      </w:r>
      <w:r w:rsidR="009E4C78">
        <w:t xml:space="preserve">  </w:t>
      </w:r>
      <w:r>
        <w:t>Shop Drawings: Window location chart; typical window elevations; details of assemblies, hardware and glazing details for units glazed by the window manufacturer.</w:t>
      </w:r>
    </w:p>
    <w:p w14:paraId="5D1FE96E" w14:textId="184C2E2F" w:rsidR="009F73A5" w:rsidRDefault="00F27F23" w:rsidP="004D5AC6">
      <w:pPr>
        <w:spacing w:before="120" w:after="120" w:line="240" w:lineRule="auto"/>
        <w:ind w:left="900" w:hanging="360"/>
      </w:pPr>
      <w:r>
        <w:t xml:space="preserve">C. </w:t>
      </w:r>
      <w:r w:rsidR="009E4C78">
        <w:t xml:space="preserve">  </w:t>
      </w:r>
      <w:r>
        <w:t>Samples: each specified finish for aluminum; other samples as requested.</w:t>
      </w:r>
    </w:p>
    <w:p w14:paraId="2C4B11E1" w14:textId="77777777" w:rsidR="009F73A5" w:rsidRDefault="004C7E33" w:rsidP="008E065D">
      <w:pPr>
        <w:spacing w:before="120" w:after="120" w:line="240" w:lineRule="auto"/>
      </w:pPr>
      <w:r>
        <w:t>1.5 QUALITY ASSURANCE</w:t>
      </w:r>
    </w:p>
    <w:p w14:paraId="56F9B450" w14:textId="5EAA0D4B" w:rsidR="009F73A5" w:rsidRDefault="004C7E33" w:rsidP="004D5AC6">
      <w:pPr>
        <w:spacing w:before="120" w:after="120" w:line="240" w:lineRule="auto"/>
        <w:ind w:left="900" w:hanging="360"/>
      </w:pPr>
      <w:r>
        <w:t>A.</w:t>
      </w:r>
      <w:r w:rsidR="009E4C78">
        <w:t xml:space="preserve">   </w:t>
      </w:r>
      <w:r>
        <w:t xml:space="preserve">Installer Qualifications: </w:t>
      </w:r>
      <w:r w:rsidR="00F27F23">
        <w:t>Skilled craftspeople who have demonstrated a successful history of installing windows for five years.</w:t>
      </w:r>
    </w:p>
    <w:p w14:paraId="44873728" w14:textId="77777777" w:rsidR="009F73A5" w:rsidRDefault="004C7E33" w:rsidP="008E065D">
      <w:pPr>
        <w:spacing w:before="120" w:after="120" w:line="240" w:lineRule="auto"/>
      </w:pPr>
      <w:r>
        <w:t>1.6 MOCK-UP</w:t>
      </w:r>
    </w:p>
    <w:p w14:paraId="4DB955F1" w14:textId="28D5FF93" w:rsidR="00F27F23" w:rsidRDefault="004C7E33" w:rsidP="004D5AC6">
      <w:pPr>
        <w:spacing w:before="120" w:after="120" w:line="240" w:lineRule="auto"/>
        <w:ind w:left="900" w:hanging="360"/>
      </w:pPr>
      <w:r>
        <w:t xml:space="preserve">A. </w:t>
      </w:r>
      <w:r w:rsidR="009E4C78">
        <w:t xml:space="preserve">  </w:t>
      </w:r>
      <w:r w:rsidR="00F27F23">
        <w:t>Provide a mock-up for evaluation of surface preparation techniques and application workmanship.</w:t>
      </w:r>
    </w:p>
    <w:p w14:paraId="6616A8B6" w14:textId="5E7871F9" w:rsidR="009F73A5" w:rsidRDefault="004C7E33" w:rsidP="008E065D">
      <w:pPr>
        <w:spacing w:before="120" w:after="120" w:line="240" w:lineRule="auto"/>
      </w:pPr>
      <w:r>
        <w:t>1.7 DELIVERY, STORAGE, AND HANDLING</w:t>
      </w:r>
    </w:p>
    <w:p w14:paraId="251AFC46" w14:textId="663FEE36" w:rsidR="00F27F23" w:rsidRDefault="00F27F23" w:rsidP="004D5AC6">
      <w:pPr>
        <w:widowControl w:val="0"/>
        <w:numPr>
          <w:ilvl w:val="2"/>
          <w:numId w:val="14"/>
        </w:numPr>
        <w:shd w:val="clear" w:color="auto" w:fill="FFFFFF"/>
        <w:tabs>
          <w:tab w:val="left" w:pos="900"/>
        </w:tabs>
        <w:autoSpaceDE w:val="0"/>
        <w:autoSpaceDN w:val="0"/>
        <w:adjustRightInd w:val="0"/>
        <w:spacing w:before="120" w:after="120" w:line="240" w:lineRule="auto"/>
        <w:ind w:left="900" w:hanging="360"/>
      </w:pPr>
      <w:r>
        <w:t>Store Products in manufacturer's unopened packaging until ready for installation.</w:t>
      </w:r>
    </w:p>
    <w:p w14:paraId="7815D925" w14:textId="2D1FAB64" w:rsidR="003825EA" w:rsidRPr="003825EA" w:rsidRDefault="003825EA" w:rsidP="004D5AC6">
      <w:pPr>
        <w:widowControl w:val="0"/>
        <w:numPr>
          <w:ilvl w:val="2"/>
          <w:numId w:val="14"/>
        </w:numPr>
        <w:shd w:val="clear" w:color="auto" w:fill="FFFFFF"/>
        <w:tabs>
          <w:tab w:val="left" w:pos="900"/>
        </w:tabs>
        <w:autoSpaceDE w:val="0"/>
        <w:autoSpaceDN w:val="0"/>
        <w:adjustRightInd w:val="0"/>
        <w:spacing w:before="120" w:after="120" w:line="240" w:lineRule="auto"/>
        <w:ind w:left="900" w:hanging="360"/>
      </w:pPr>
      <w:r w:rsidRPr="003825EA">
        <w:t xml:space="preserve">Protection film will be used on interior glass surface, exterior glass surface, and applied to window frames. </w:t>
      </w:r>
    </w:p>
    <w:p w14:paraId="174CC107" w14:textId="03C7D3DF" w:rsidR="00F27F23" w:rsidRDefault="00F27F23" w:rsidP="004D5AC6">
      <w:pPr>
        <w:widowControl w:val="0"/>
        <w:numPr>
          <w:ilvl w:val="2"/>
          <w:numId w:val="14"/>
        </w:numPr>
        <w:shd w:val="clear" w:color="auto" w:fill="FFFFFF"/>
        <w:tabs>
          <w:tab w:val="left" w:pos="900"/>
        </w:tabs>
        <w:autoSpaceDE w:val="0"/>
        <w:autoSpaceDN w:val="0"/>
        <w:adjustRightInd w:val="0"/>
        <w:spacing w:before="120" w:after="120" w:line="240" w:lineRule="auto"/>
        <w:ind w:left="900" w:hanging="360"/>
      </w:pPr>
      <w:r>
        <w:t>Handle and protect windows and accessories in accordance with AAMA CW-10-15 until project completion.</w:t>
      </w:r>
    </w:p>
    <w:p w14:paraId="789A951A" w14:textId="3CAA9B09" w:rsidR="003825EA" w:rsidRPr="003825EA" w:rsidRDefault="003825EA" w:rsidP="004D5AC6">
      <w:pPr>
        <w:widowControl w:val="0"/>
        <w:numPr>
          <w:ilvl w:val="2"/>
          <w:numId w:val="14"/>
        </w:numPr>
        <w:shd w:val="clear" w:color="auto" w:fill="FFFFFF"/>
        <w:tabs>
          <w:tab w:val="left" w:pos="900"/>
        </w:tabs>
        <w:autoSpaceDE w:val="0"/>
        <w:autoSpaceDN w:val="0"/>
        <w:adjustRightInd w:val="0"/>
        <w:spacing w:before="120" w:after="120" w:line="240" w:lineRule="auto"/>
        <w:ind w:left="900" w:hanging="360"/>
      </w:pPr>
      <w:r w:rsidRPr="003825EA">
        <w:t xml:space="preserve">All window products will be palletized and security wrapped prior to shipment. </w:t>
      </w:r>
    </w:p>
    <w:p w14:paraId="286445D7" w14:textId="38913223" w:rsidR="009F73A5" w:rsidRDefault="004C7E33" w:rsidP="008E065D">
      <w:pPr>
        <w:pStyle w:val="ListParagraph"/>
        <w:numPr>
          <w:ilvl w:val="1"/>
          <w:numId w:val="16"/>
        </w:numPr>
        <w:spacing w:before="120" w:after="120" w:line="240" w:lineRule="auto"/>
      </w:pPr>
      <w:r>
        <w:t>PROJECT CONDITIONS</w:t>
      </w:r>
    </w:p>
    <w:p w14:paraId="487CC45A" w14:textId="07CF9CD9" w:rsidR="00F27F23" w:rsidRDefault="004C7E33" w:rsidP="004D5AC6">
      <w:pPr>
        <w:pStyle w:val="ListParagraph"/>
        <w:widowControl w:val="0"/>
        <w:shd w:val="clear" w:color="auto" w:fill="FFFFFF"/>
        <w:autoSpaceDE w:val="0"/>
        <w:autoSpaceDN w:val="0"/>
        <w:adjustRightInd w:val="0"/>
        <w:spacing w:before="120" w:after="120" w:line="240" w:lineRule="auto"/>
        <w:ind w:left="900" w:hanging="360"/>
      </w:pPr>
      <w:r>
        <w:t>A.</w:t>
      </w:r>
      <w:r w:rsidR="004D5AC6">
        <w:tab/>
      </w:r>
      <w:r w:rsidR="00F27F23">
        <w:t>Maintain environmental conditions (temperature, humidity, and ventilation) within limits recommended by manufacturer for optimum results. Do not install products under environmental conditions outside manufacturer's absolute limits.</w:t>
      </w:r>
    </w:p>
    <w:p w14:paraId="60D8F114" w14:textId="758589EF" w:rsidR="009F73A5" w:rsidRDefault="004C7E33" w:rsidP="008E065D">
      <w:pPr>
        <w:spacing w:before="120" w:after="120" w:line="240" w:lineRule="auto"/>
      </w:pPr>
      <w:r>
        <w:t>1.9 WARRANTY</w:t>
      </w:r>
    </w:p>
    <w:p w14:paraId="6FAB4770" w14:textId="77777777" w:rsidR="00535D68" w:rsidRDefault="00535D68" w:rsidP="00535D68">
      <w:pPr>
        <w:widowControl w:val="0"/>
        <w:numPr>
          <w:ilvl w:val="3"/>
          <w:numId w:val="17"/>
        </w:numPr>
        <w:shd w:val="clear" w:color="auto" w:fill="FFFFFF"/>
        <w:autoSpaceDE w:val="0"/>
        <w:autoSpaceDN w:val="0"/>
        <w:adjustRightInd w:val="0"/>
        <w:spacing w:before="120" w:after="120" w:line="240" w:lineRule="auto"/>
        <w:ind w:left="1440" w:hanging="360"/>
      </w:pPr>
      <w:r>
        <w:t>Windows: Manufacturer shall warrant windows, doors and accessories for 10 years, inswing windows, doors and accessories for 15 years and curtainwall for 1 year against defects in material and workmanship.</w:t>
      </w:r>
    </w:p>
    <w:p w14:paraId="2BF9D494" w14:textId="4F60BC6A" w:rsidR="00A16F43" w:rsidRDefault="00A16F43" w:rsidP="004D5AC6">
      <w:pPr>
        <w:widowControl w:val="0"/>
        <w:numPr>
          <w:ilvl w:val="3"/>
          <w:numId w:val="17"/>
        </w:numPr>
        <w:shd w:val="clear" w:color="auto" w:fill="FFFFFF"/>
        <w:autoSpaceDE w:val="0"/>
        <w:autoSpaceDN w:val="0"/>
        <w:adjustRightInd w:val="0"/>
        <w:spacing w:before="120" w:after="120" w:line="240" w:lineRule="auto"/>
        <w:ind w:left="1440" w:hanging="360"/>
      </w:pPr>
      <w:r>
        <w:t>Insulating Glass Units: Glass manufacturer shall warrant seal for t</w:t>
      </w:r>
      <w:r w:rsidR="005C008D">
        <w:t>wenty</w:t>
      </w:r>
      <w:r>
        <w:t xml:space="preserve"> years against visual obstruction from film formation or moisture collection between internal glass surfaces, excluding that caused by glass breakage or abuse.</w:t>
      </w:r>
      <w:r w:rsidRPr="00A16F43">
        <w:rPr>
          <w:vanish/>
        </w:rPr>
        <w:t>**NOTE TO SPECIFIER** Delete finish not required.</w:t>
      </w:r>
    </w:p>
    <w:p w14:paraId="33211ADA" w14:textId="77777777" w:rsidR="00A16F43" w:rsidRDefault="00A16F43" w:rsidP="004D5AC6">
      <w:pPr>
        <w:widowControl w:val="0"/>
        <w:numPr>
          <w:ilvl w:val="3"/>
          <w:numId w:val="17"/>
        </w:numPr>
        <w:shd w:val="clear" w:color="auto" w:fill="FFFFFF"/>
        <w:autoSpaceDE w:val="0"/>
        <w:autoSpaceDN w:val="0"/>
        <w:adjustRightInd w:val="0"/>
        <w:spacing w:before="120" w:after="120" w:line="240" w:lineRule="auto"/>
        <w:ind w:left="1440" w:hanging="360"/>
      </w:pPr>
      <w:r>
        <w:t>Powder Paint Finish: Finish conforming to AAMA 2605 shall be warranted for twenty years against checking, cracking, chalking, or fading.</w:t>
      </w:r>
    </w:p>
    <w:p w14:paraId="340CADE7" w14:textId="0CE39F36" w:rsidR="00A16F43" w:rsidRPr="00FF1A92" w:rsidRDefault="00A16F43" w:rsidP="004D5AC6">
      <w:pPr>
        <w:widowControl w:val="0"/>
        <w:numPr>
          <w:ilvl w:val="3"/>
          <w:numId w:val="17"/>
        </w:numPr>
        <w:shd w:val="clear" w:color="auto" w:fill="FFFFFF"/>
        <w:autoSpaceDE w:val="0"/>
        <w:autoSpaceDN w:val="0"/>
        <w:adjustRightInd w:val="0"/>
        <w:spacing w:before="120" w:after="120" w:line="240" w:lineRule="auto"/>
        <w:ind w:left="1440" w:hanging="360"/>
      </w:pPr>
      <w:r>
        <w:t>Powder Paint Finish: Finish conforming to AAMA 2604 shall be warranted for twenty years against checking, cracking, chalking, or fading.</w:t>
      </w:r>
    </w:p>
    <w:p w14:paraId="521A9491" w14:textId="77777777" w:rsidR="00FF1A92" w:rsidRDefault="00FF1A92" w:rsidP="008E065D">
      <w:pPr>
        <w:spacing w:before="120" w:after="120" w:line="240" w:lineRule="auto"/>
        <w:rPr>
          <w:b/>
          <w:sz w:val="26"/>
        </w:rPr>
      </w:pPr>
    </w:p>
    <w:p w14:paraId="47273625" w14:textId="135F8268" w:rsidR="009F73A5" w:rsidRDefault="004C7E33" w:rsidP="008E065D">
      <w:pPr>
        <w:spacing w:before="120" w:after="120" w:line="240" w:lineRule="auto"/>
      </w:pPr>
      <w:r>
        <w:rPr>
          <w:b/>
          <w:sz w:val="26"/>
        </w:rPr>
        <w:t>PART 2 – PRODUCTS</w:t>
      </w:r>
    </w:p>
    <w:p w14:paraId="465513C4" w14:textId="77777777" w:rsidR="009F73A5" w:rsidRDefault="004C7E33" w:rsidP="008E065D">
      <w:pPr>
        <w:spacing w:before="120" w:after="120" w:line="240" w:lineRule="auto"/>
      </w:pPr>
      <w:r>
        <w:t>2.1 MANUFACTURER</w:t>
      </w:r>
    </w:p>
    <w:p w14:paraId="0000D166" w14:textId="77777777" w:rsidR="00F34B49" w:rsidRDefault="00A16F43" w:rsidP="00F34B49">
      <w:pPr>
        <w:widowControl w:val="0"/>
        <w:numPr>
          <w:ilvl w:val="2"/>
          <w:numId w:val="18"/>
        </w:numPr>
        <w:shd w:val="clear" w:color="auto" w:fill="FFFFFF"/>
        <w:autoSpaceDE w:val="0"/>
        <w:autoSpaceDN w:val="0"/>
        <w:adjustRightInd w:val="0"/>
        <w:spacing w:before="120" w:after="120" w:line="240" w:lineRule="auto"/>
        <w:ind w:left="900" w:hanging="360"/>
      </w:pPr>
      <w:r>
        <w:t>Acceptable Manufacturer:</w:t>
      </w:r>
    </w:p>
    <w:p w14:paraId="3A6DE018" w14:textId="77777777" w:rsidR="00F34B49" w:rsidRDefault="00F34B49" w:rsidP="00F34B49">
      <w:pPr>
        <w:pStyle w:val="ListParagraph"/>
        <w:widowControl w:val="0"/>
        <w:numPr>
          <w:ilvl w:val="3"/>
          <w:numId w:val="18"/>
        </w:numPr>
        <w:shd w:val="clear" w:color="auto" w:fill="FFFFFF"/>
        <w:autoSpaceDE w:val="0"/>
        <w:autoSpaceDN w:val="0"/>
        <w:adjustRightInd w:val="0"/>
        <w:spacing w:before="120" w:after="120" w:line="240" w:lineRule="auto"/>
        <w:ind w:left="1440" w:hanging="360"/>
      </w:pPr>
      <w:r>
        <w:lastRenderedPageBreak/>
        <w:t>Peerless Products Inc., 2403 S. Main St., Ft. Scott, KS 66701</w:t>
      </w:r>
    </w:p>
    <w:p w14:paraId="243ABF5F" w14:textId="77777777" w:rsidR="00F34B49" w:rsidRDefault="00F34B49" w:rsidP="00F34B49">
      <w:pPr>
        <w:pStyle w:val="ListParagraph"/>
        <w:widowControl w:val="0"/>
        <w:shd w:val="clear" w:color="auto" w:fill="FFFFFF"/>
        <w:autoSpaceDE w:val="0"/>
        <w:autoSpaceDN w:val="0"/>
        <w:adjustRightInd w:val="0"/>
        <w:spacing w:before="120" w:after="120" w:line="240" w:lineRule="auto"/>
        <w:ind w:left="1440"/>
      </w:pPr>
      <w:r>
        <w:t>Tel: 620-223-4610</w:t>
      </w:r>
      <w:r>
        <w:tab/>
        <w:t xml:space="preserve">Email: </w:t>
      </w:r>
      <w:hyperlink r:id="rId6" w:history="1">
        <w:r w:rsidRPr="00DD5382">
          <w:rPr>
            <w:rStyle w:val="Hyperlink"/>
          </w:rPr>
          <w:t>info@peerlessproducts.com</w:t>
        </w:r>
      </w:hyperlink>
    </w:p>
    <w:p w14:paraId="7CCC7381" w14:textId="77777777" w:rsidR="00F34B49" w:rsidRPr="00C20D3A" w:rsidRDefault="00F34B49" w:rsidP="00F34B49">
      <w:pPr>
        <w:pStyle w:val="ListParagraph"/>
        <w:widowControl w:val="0"/>
        <w:shd w:val="clear" w:color="auto" w:fill="FFFFFF"/>
        <w:autoSpaceDE w:val="0"/>
        <w:autoSpaceDN w:val="0"/>
        <w:adjustRightInd w:val="0"/>
        <w:spacing w:before="120" w:after="120" w:line="240" w:lineRule="auto"/>
        <w:ind w:left="1440"/>
        <w:rPr>
          <w:sz w:val="10"/>
          <w:szCs w:val="10"/>
        </w:rPr>
      </w:pPr>
    </w:p>
    <w:p w14:paraId="4A780D74" w14:textId="77777777" w:rsidR="00F34B49" w:rsidRDefault="00F34B49" w:rsidP="00F34B49">
      <w:pPr>
        <w:pStyle w:val="ListParagraph"/>
        <w:widowControl w:val="0"/>
        <w:shd w:val="clear" w:color="auto" w:fill="FFFFFF"/>
        <w:autoSpaceDE w:val="0"/>
        <w:autoSpaceDN w:val="0"/>
        <w:adjustRightInd w:val="0"/>
        <w:spacing w:before="120" w:after="120" w:line="240" w:lineRule="auto"/>
        <w:ind w:left="1440"/>
      </w:pPr>
      <w:r>
        <w:t>Peerless Commercial Applications Group, 2702 N. State St., Iola, KS 66749</w:t>
      </w:r>
    </w:p>
    <w:p w14:paraId="7AA90310" w14:textId="77777777" w:rsidR="00F34B49" w:rsidRDefault="00F34B49" w:rsidP="00F34B49">
      <w:pPr>
        <w:pStyle w:val="ListParagraph"/>
        <w:widowControl w:val="0"/>
        <w:shd w:val="clear" w:color="auto" w:fill="FFFFFF"/>
        <w:autoSpaceDE w:val="0"/>
        <w:autoSpaceDN w:val="0"/>
        <w:adjustRightInd w:val="0"/>
        <w:spacing w:before="120" w:after="120" w:line="240" w:lineRule="auto"/>
        <w:ind w:left="1440"/>
      </w:pPr>
      <w:r>
        <w:t>Tel: 620-644-4348</w:t>
      </w:r>
      <w:r>
        <w:tab/>
        <w:t xml:space="preserve">Email: </w:t>
      </w:r>
      <w:hyperlink r:id="rId7" w:history="1">
        <w:r w:rsidRPr="00DD5382">
          <w:rPr>
            <w:rStyle w:val="Hyperlink"/>
          </w:rPr>
          <w:t>info@peerlessproducts.com</w:t>
        </w:r>
      </w:hyperlink>
    </w:p>
    <w:p w14:paraId="40E77A8B" w14:textId="77777777" w:rsidR="00F34B49" w:rsidRPr="00C20D3A" w:rsidRDefault="00F34B49" w:rsidP="00F34B49">
      <w:pPr>
        <w:pStyle w:val="ListParagraph"/>
        <w:widowControl w:val="0"/>
        <w:shd w:val="clear" w:color="auto" w:fill="FFFFFF"/>
        <w:autoSpaceDE w:val="0"/>
        <w:autoSpaceDN w:val="0"/>
        <w:adjustRightInd w:val="0"/>
        <w:spacing w:before="120" w:after="120" w:line="240" w:lineRule="auto"/>
        <w:ind w:left="1440"/>
        <w:rPr>
          <w:sz w:val="10"/>
          <w:szCs w:val="10"/>
        </w:rPr>
      </w:pPr>
    </w:p>
    <w:p w14:paraId="0B54F88C" w14:textId="77777777" w:rsidR="00F34B49" w:rsidRDefault="00F34B49" w:rsidP="00F34B49">
      <w:pPr>
        <w:pStyle w:val="ListParagraph"/>
        <w:widowControl w:val="0"/>
        <w:shd w:val="clear" w:color="auto" w:fill="FFFFFF"/>
        <w:autoSpaceDE w:val="0"/>
        <w:autoSpaceDN w:val="0"/>
        <w:adjustRightInd w:val="0"/>
        <w:spacing w:before="120" w:after="120" w:line="240" w:lineRule="auto"/>
        <w:ind w:left="1440"/>
      </w:pPr>
      <w:r>
        <w:t>Peerless Innovative Solutions Group, 1800 N. Industrial Highway, Nevada, MO 64772</w:t>
      </w:r>
    </w:p>
    <w:p w14:paraId="35A13CF3" w14:textId="7703067F" w:rsidR="00A16F43" w:rsidRDefault="00F34B49" w:rsidP="00F34B49">
      <w:pPr>
        <w:pStyle w:val="ListParagraph"/>
        <w:widowControl w:val="0"/>
        <w:shd w:val="clear" w:color="auto" w:fill="FFFFFF"/>
        <w:autoSpaceDE w:val="0"/>
        <w:autoSpaceDN w:val="0"/>
        <w:adjustRightInd w:val="0"/>
        <w:spacing w:before="120" w:after="120" w:line="240" w:lineRule="auto"/>
        <w:ind w:left="1440"/>
      </w:pPr>
      <w:r>
        <w:t>Tel: 417-283-4768</w:t>
      </w:r>
      <w:r>
        <w:tab/>
        <w:t xml:space="preserve">Email: </w:t>
      </w:r>
      <w:hyperlink r:id="rId8" w:history="1">
        <w:r w:rsidRPr="00DD5382">
          <w:rPr>
            <w:rStyle w:val="Hyperlink"/>
          </w:rPr>
          <w:t>info@peerlessproducts.com</w:t>
        </w:r>
      </w:hyperlink>
      <w:r w:rsidR="00A16F43">
        <w:t xml:space="preserve"> </w:t>
      </w:r>
    </w:p>
    <w:p w14:paraId="1589CE91" w14:textId="5F2FDC53" w:rsidR="00A16F43" w:rsidRDefault="00A16F43" w:rsidP="00F34B49">
      <w:pPr>
        <w:widowControl w:val="0"/>
        <w:numPr>
          <w:ilvl w:val="2"/>
          <w:numId w:val="18"/>
        </w:numPr>
        <w:shd w:val="clear" w:color="auto" w:fill="FFFFFF"/>
        <w:autoSpaceDE w:val="0"/>
        <w:autoSpaceDN w:val="0"/>
        <w:adjustRightInd w:val="0"/>
        <w:spacing w:before="120" w:after="120" w:line="240" w:lineRule="auto"/>
        <w:ind w:left="900" w:hanging="360"/>
      </w:pPr>
      <w:r>
        <w:t>Web: http://www.peerlessproducts.com</w:t>
      </w:r>
      <w:r w:rsidRPr="00A16F43">
        <w:rPr>
          <w:vanish/>
        </w:rPr>
        <w:t>** NOTE TO SPECIFIER ** Delete one of the following two paragraphs; coordinate with requirements of Division 1 section on product options and substitutions.</w:t>
      </w:r>
    </w:p>
    <w:p w14:paraId="5CF10E86" w14:textId="4A2444C0" w:rsidR="00A16F43" w:rsidRDefault="00A16F43" w:rsidP="00F34B49">
      <w:pPr>
        <w:widowControl w:val="0"/>
        <w:numPr>
          <w:ilvl w:val="2"/>
          <w:numId w:val="18"/>
        </w:numPr>
        <w:shd w:val="clear" w:color="auto" w:fill="FFFFFF"/>
        <w:autoSpaceDE w:val="0"/>
        <w:autoSpaceDN w:val="0"/>
        <w:adjustRightInd w:val="0"/>
        <w:spacing w:before="120" w:after="120" w:line="240" w:lineRule="auto"/>
        <w:ind w:left="900" w:hanging="360"/>
      </w:pPr>
      <w:r>
        <w:t>Substitutions: Not permitted.</w:t>
      </w:r>
    </w:p>
    <w:p w14:paraId="43E15C80" w14:textId="5BC07F95" w:rsidR="00A16F43" w:rsidRDefault="00A16F43" w:rsidP="00F34B49">
      <w:pPr>
        <w:widowControl w:val="0"/>
        <w:numPr>
          <w:ilvl w:val="2"/>
          <w:numId w:val="18"/>
        </w:numPr>
        <w:shd w:val="clear" w:color="auto" w:fill="FFFFFF"/>
        <w:autoSpaceDE w:val="0"/>
        <w:autoSpaceDN w:val="0"/>
        <w:adjustRightInd w:val="0"/>
        <w:spacing w:before="120" w:after="120" w:line="240" w:lineRule="auto"/>
        <w:ind w:left="900" w:hanging="360"/>
      </w:pPr>
      <w:r>
        <w:t>Requests for substitutions will be considered in accordance with provisions of</w:t>
      </w:r>
      <w:r w:rsidR="009E4C78">
        <w:t xml:space="preserve"> </w:t>
      </w:r>
      <w:r>
        <w:t>Section 01 60 00 - Product Requirements.</w:t>
      </w:r>
    </w:p>
    <w:p w14:paraId="48E41660" w14:textId="6C6E6977" w:rsidR="009F73A5" w:rsidRDefault="00E34294" w:rsidP="00F34B49">
      <w:pPr>
        <w:widowControl w:val="0"/>
        <w:numPr>
          <w:ilvl w:val="2"/>
          <w:numId w:val="18"/>
        </w:numPr>
        <w:shd w:val="clear" w:color="auto" w:fill="FFFFFF"/>
        <w:autoSpaceDE w:val="0"/>
        <w:autoSpaceDN w:val="0"/>
        <w:adjustRightInd w:val="0"/>
        <w:spacing w:before="120" w:after="120" w:line="240" w:lineRule="auto"/>
        <w:ind w:left="900" w:hanging="360"/>
      </w:pPr>
      <w:r>
        <w:t>Basis of Design: G</w:t>
      </w:r>
      <w:r w:rsidR="008C1B45">
        <w:t>6</w:t>
      </w:r>
      <w:r>
        <w:t>00 Series Simulated Hung Windows</w:t>
      </w:r>
    </w:p>
    <w:p w14:paraId="713B4859" w14:textId="77777777" w:rsidR="009F73A5" w:rsidRDefault="004C7E33" w:rsidP="008E065D">
      <w:pPr>
        <w:spacing w:before="120" w:after="120" w:line="240" w:lineRule="auto"/>
      </w:pPr>
      <w:r>
        <w:t>2.2 WINDOW TYPES</w:t>
      </w:r>
    </w:p>
    <w:p w14:paraId="234A5E14" w14:textId="3012A776" w:rsidR="009F73A5" w:rsidRDefault="00FF1A92" w:rsidP="00F34B49">
      <w:pPr>
        <w:spacing w:before="120" w:after="120" w:line="240" w:lineRule="auto"/>
        <w:ind w:left="900" w:hanging="360"/>
      </w:pPr>
      <w:r>
        <w:t>A</w:t>
      </w:r>
      <w:r w:rsidR="004C7E33">
        <w:t xml:space="preserve">. </w:t>
      </w:r>
      <w:r w:rsidR="00E34294">
        <w:t xml:space="preserve">  </w:t>
      </w:r>
      <w:r w:rsidR="00A16F43">
        <w:t xml:space="preserve">Peerless </w:t>
      </w:r>
      <w:r w:rsidR="004C7E33">
        <w:t>G</w:t>
      </w:r>
      <w:r w:rsidR="008C1B45">
        <w:t>6</w:t>
      </w:r>
      <w:r w:rsidR="004C7E33">
        <w:t xml:space="preserve">61 – Offset </w:t>
      </w:r>
      <w:r w:rsidR="00A16F43">
        <w:t xml:space="preserve">Left Hand </w:t>
      </w:r>
      <w:r w:rsidR="004C7E33">
        <w:t>Casement</w:t>
      </w:r>
      <w:r w:rsidR="00A16F43">
        <w:t xml:space="preserve"> Inswing Thermal Aluminum Window</w:t>
      </w:r>
    </w:p>
    <w:p w14:paraId="3F4665EF" w14:textId="6546E6BF" w:rsidR="00A16F43" w:rsidRDefault="00F34B49" w:rsidP="00F34B49">
      <w:pPr>
        <w:spacing w:before="120" w:after="120" w:line="240" w:lineRule="auto"/>
        <w:ind w:left="1440" w:hanging="360"/>
      </w:pPr>
      <w:r>
        <w:t>1.</w:t>
      </w:r>
      <w:r>
        <w:tab/>
      </w:r>
      <w:r w:rsidR="00A16F43">
        <w:t xml:space="preserve">AAMA Certification: Conformance with AW </w:t>
      </w:r>
      <w:r w:rsidR="003825EA">
        <w:t>8</w:t>
      </w:r>
      <w:r w:rsidR="004D4793">
        <w:t xml:space="preserve">5 at product test size of </w:t>
      </w:r>
      <w:r w:rsidR="008979CD">
        <w:t xml:space="preserve">48 inches (1219 mm) by 72 inches (1828 mm). </w:t>
      </w:r>
    </w:p>
    <w:p w14:paraId="63A80AEA" w14:textId="15F5CB41" w:rsidR="00A16F43" w:rsidRDefault="00FF1A92" w:rsidP="00F34B49">
      <w:pPr>
        <w:spacing w:before="120" w:after="120" w:line="240" w:lineRule="auto"/>
        <w:ind w:left="900" w:hanging="360"/>
      </w:pPr>
      <w:r>
        <w:t>B</w:t>
      </w:r>
      <w:r w:rsidR="00A16F43">
        <w:t xml:space="preserve">. </w:t>
      </w:r>
      <w:r w:rsidR="00E34294">
        <w:t xml:space="preserve">  </w:t>
      </w:r>
      <w:r w:rsidR="00A16F43">
        <w:t>Peerless G</w:t>
      </w:r>
      <w:r w:rsidR="008C1B45">
        <w:t>6</w:t>
      </w:r>
      <w:r w:rsidR="00A16F43">
        <w:t>65 – Offset Right Hand Casement Inswing Thermal Aluminum Window</w:t>
      </w:r>
    </w:p>
    <w:p w14:paraId="4B78B413" w14:textId="189B7F94" w:rsidR="00A16F43" w:rsidRDefault="00F34B49" w:rsidP="00F34B49">
      <w:pPr>
        <w:spacing w:before="120" w:after="120" w:line="240" w:lineRule="auto"/>
        <w:ind w:left="1440" w:hanging="360"/>
      </w:pPr>
      <w:r>
        <w:t>1.</w:t>
      </w:r>
      <w:r>
        <w:tab/>
      </w:r>
      <w:r w:rsidR="00A16F43">
        <w:t xml:space="preserve">AAMA Certification: Conformance with AW </w:t>
      </w:r>
      <w:r w:rsidR="00D82AB2">
        <w:t>85 at product test size of 48 inches (1219 mm) by 72 inches (1828 mm).</w:t>
      </w:r>
    </w:p>
    <w:p w14:paraId="6C69F2F9" w14:textId="77777777" w:rsidR="00AA72ED" w:rsidRDefault="00AA72ED" w:rsidP="00AA72ED">
      <w:pPr>
        <w:spacing w:before="120" w:after="120" w:line="240" w:lineRule="auto"/>
      </w:pPr>
      <w:r>
        <w:t xml:space="preserve">2.3 </w:t>
      </w:r>
      <w:r w:rsidRPr="00AA72ED">
        <w:t>CONSTRUCTION</w:t>
      </w:r>
    </w:p>
    <w:p w14:paraId="47B46C14" w14:textId="77777777" w:rsidR="00AA72ED" w:rsidRDefault="00AA72ED" w:rsidP="00F34B49">
      <w:pPr>
        <w:spacing w:before="120" w:after="120" w:line="240" w:lineRule="auto"/>
        <w:ind w:left="900" w:hanging="360"/>
      </w:pPr>
      <w:r>
        <w:t>A.</w:t>
      </w:r>
      <w:r>
        <w:tab/>
      </w:r>
      <w:r w:rsidR="00FD7DB2" w:rsidRPr="00AA72ED">
        <w:t>Aluminum Extrusions: Extruded by the window manufacturer from commercial quality 6063-T5 alloy; free from defects impairing strength and durability.</w:t>
      </w:r>
    </w:p>
    <w:p w14:paraId="521194AC" w14:textId="77777777" w:rsidR="00AA72ED" w:rsidRDefault="00AA72ED" w:rsidP="00F34B49">
      <w:pPr>
        <w:spacing w:before="120" w:after="120" w:line="240" w:lineRule="auto"/>
        <w:ind w:left="900" w:hanging="360"/>
      </w:pPr>
      <w:r>
        <w:t>B.</w:t>
      </w:r>
      <w:r>
        <w:tab/>
      </w:r>
      <w:r w:rsidR="00FD7DB2" w:rsidRPr="00AA72ED">
        <w:t>Frame: Double tubular head, sill, and jambs miter cut and fastened with two corner gussets per corner; double tubular integral mullion, if required, fastened with two gussets per frame member without penetrating the frame member with fasteners; corners sealed by the window manufacturer with sealant conforming to AAMA 800-10.</w:t>
      </w:r>
    </w:p>
    <w:p w14:paraId="0CAAA1BD" w14:textId="77777777" w:rsidR="00AA72ED" w:rsidRDefault="00AA72ED" w:rsidP="00F34B49">
      <w:pPr>
        <w:spacing w:before="120" w:after="120" w:line="240" w:lineRule="auto"/>
        <w:ind w:left="900" w:hanging="360"/>
      </w:pPr>
      <w:r>
        <w:t>C.</w:t>
      </w:r>
      <w:r>
        <w:tab/>
      </w:r>
      <w:r w:rsidR="00FD7DB2" w:rsidRPr="00AA72ED">
        <w:t>Vents: Double tubular horizontal and vertical vent rails and stiles miter cut and fastened with two corner gussets per corner; corners sealed by window manufacturer with sealant conforming to AAMA 800-10.</w:t>
      </w:r>
    </w:p>
    <w:p w14:paraId="2BFB7B6C" w14:textId="77777777" w:rsidR="00AA72ED" w:rsidRDefault="00AA72ED" w:rsidP="00F34B49">
      <w:pPr>
        <w:spacing w:before="120" w:after="120" w:line="240" w:lineRule="auto"/>
        <w:ind w:left="900" w:hanging="360"/>
      </w:pPr>
      <w:r>
        <w:t>D.</w:t>
      </w:r>
      <w:r>
        <w:tab/>
      </w:r>
      <w:r w:rsidR="00FD7DB2" w:rsidRPr="00AA72ED">
        <w:t>Water control: continuous compression gasket within the internal frame to utilize pressure equalization and to allow water to drain by gravity through exterior covered weep slots covered with weep flaps and weep hoods finished to match window.</w:t>
      </w:r>
    </w:p>
    <w:p w14:paraId="7EE8558F" w14:textId="77777777" w:rsidR="00AA72ED" w:rsidRDefault="00AA72ED" w:rsidP="00F34B49">
      <w:pPr>
        <w:spacing w:before="120" w:after="120" w:line="240" w:lineRule="auto"/>
        <w:ind w:left="900" w:hanging="360"/>
      </w:pPr>
      <w:r>
        <w:t>E.</w:t>
      </w:r>
      <w:r>
        <w:tab/>
      </w:r>
      <w:r w:rsidR="00FD7DB2" w:rsidRPr="00AA72ED">
        <w:t>Window Frame: Extruded aluminum with integral structural thermal break installed by the window manufacturer in the frame and vent members; exterior and interior finishes applied by the window manufacturer; frames and vents assembled by the window manufacturer.</w:t>
      </w:r>
      <w:r w:rsidR="0035490A" w:rsidRPr="00AA72ED">
        <w:t xml:space="preserve"> Meeting rail utilized in design to offset the top lite of glass from the bottom </w:t>
      </w:r>
      <w:proofErr w:type="spellStart"/>
      <w:r w:rsidR="0035490A" w:rsidRPr="00AA72ED">
        <w:t>lite</w:t>
      </w:r>
      <w:proofErr w:type="spellEnd"/>
      <w:r w:rsidR="0035490A" w:rsidRPr="00AA72ED">
        <w:t xml:space="preserve"> of glass. Designed to simulate the look of an older style hung window, with improved longevity and performance.</w:t>
      </w:r>
    </w:p>
    <w:p w14:paraId="729EE80E" w14:textId="04B9CBBD" w:rsidR="00AA72ED" w:rsidRDefault="00AA72ED" w:rsidP="00F34B49">
      <w:pPr>
        <w:spacing w:before="120" w:after="120" w:line="240" w:lineRule="auto"/>
        <w:ind w:left="1440" w:hanging="360"/>
      </w:pPr>
      <w:r>
        <w:t>1.</w:t>
      </w:r>
      <w:r w:rsidR="00F34B49">
        <w:tab/>
      </w:r>
      <w:r w:rsidR="00FD7DB2" w:rsidRPr="00AA72ED">
        <w:t>Frame Depth: 3-1/4 inches (83 mm).</w:t>
      </w:r>
    </w:p>
    <w:p w14:paraId="5DC664F0" w14:textId="6457D000" w:rsidR="00AA72ED" w:rsidRDefault="00AA72ED" w:rsidP="00F34B49">
      <w:pPr>
        <w:spacing w:before="120" w:after="120" w:line="240" w:lineRule="auto"/>
        <w:ind w:left="1440" w:hanging="360"/>
      </w:pPr>
      <w:r>
        <w:lastRenderedPageBreak/>
        <w:t>2.</w:t>
      </w:r>
      <w:r w:rsidR="00F34B49">
        <w:tab/>
      </w:r>
      <w:r w:rsidR="00FD7DB2" w:rsidRPr="00AA72ED">
        <w:t>Fabricated with equal-leg flange frame.</w:t>
      </w:r>
    </w:p>
    <w:p w14:paraId="36F3A0E6" w14:textId="1BDC45A1" w:rsidR="00AA72ED" w:rsidRDefault="00AA72ED" w:rsidP="00F34B49">
      <w:pPr>
        <w:spacing w:before="120" w:after="120" w:line="240" w:lineRule="auto"/>
        <w:ind w:left="1440" w:hanging="360"/>
      </w:pPr>
      <w:r>
        <w:t>3.</w:t>
      </w:r>
      <w:r w:rsidR="00F34B49">
        <w:tab/>
      </w:r>
      <w:r w:rsidR="00FD7DB2" w:rsidRPr="00AA72ED">
        <w:t>Fabricated with</w:t>
      </w:r>
      <w:r w:rsidR="00F34B49">
        <w:t xml:space="preserve"> </w:t>
      </w:r>
      <w:r w:rsidR="00FD7DB2" w:rsidRPr="00AA72ED">
        <w:t>nailing fin frame.</w:t>
      </w:r>
    </w:p>
    <w:p w14:paraId="3E521733" w14:textId="1E93A1FB" w:rsidR="00AA72ED" w:rsidRDefault="00AA72ED" w:rsidP="00F34B49">
      <w:pPr>
        <w:spacing w:before="120" w:after="120" w:line="240" w:lineRule="auto"/>
        <w:ind w:left="1440" w:hanging="360"/>
      </w:pPr>
      <w:r>
        <w:t>4.</w:t>
      </w:r>
      <w:r w:rsidR="00F34B49">
        <w:tab/>
      </w:r>
      <w:r w:rsidR="009B6E0C" w:rsidRPr="00AA72ED">
        <w:t>Interior and exterior protective film applied to window frames.</w:t>
      </w:r>
    </w:p>
    <w:p w14:paraId="1A4800CE" w14:textId="77777777" w:rsidR="00AA72ED" w:rsidRDefault="00AA72ED" w:rsidP="00F34B49">
      <w:pPr>
        <w:spacing w:before="120" w:after="120" w:line="240" w:lineRule="auto"/>
        <w:ind w:left="900" w:hanging="360"/>
      </w:pPr>
      <w:r>
        <w:t>F.</w:t>
      </w:r>
      <w:r>
        <w:tab/>
      </w:r>
      <w:r w:rsidR="00E34294" w:rsidRPr="00AA72ED">
        <w:t>Integral Mullions: Double tubular integral mullion fastened with two gussets per frame member without penetrating the frame member with fasteners; joints sealed by window manufacturer with sealant conforming to AAMA 800-10.</w:t>
      </w:r>
    </w:p>
    <w:p w14:paraId="2C274E20" w14:textId="76C6EDDD" w:rsidR="003825EA" w:rsidRPr="003825EA" w:rsidRDefault="003825EA" w:rsidP="00F34B49">
      <w:pPr>
        <w:spacing w:before="120" w:after="120" w:line="240" w:lineRule="auto"/>
        <w:ind w:left="1440" w:hanging="360"/>
      </w:pPr>
      <w:r>
        <w:t>1.</w:t>
      </w:r>
      <w:r w:rsidR="00F34B49">
        <w:tab/>
      </w:r>
      <w:r w:rsidRPr="003825EA">
        <w:t xml:space="preserve">True divided integral horizontal meeting rail creating a single assembly to simulate hung windows. Stacking horizontal assemblies will not be accepted. </w:t>
      </w:r>
    </w:p>
    <w:p w14:paraId="687A0539" w14:textId="4491DE4D" w:rsidR="003825EA" w:rsidRDefault="003825EA" w:rsidP="00F34B49">
      <w:pPr>
        <w:spacing w:before="120" w:after="120" w:line="240" w:lineRule="auto"/>
        <w:ind w:left="1440" w:hanging="360"/>
      </w:pPr>
      <w:r w:rsidRPr="003825EA">
        <w:t>2.</w:t>
      </w:r>
      <w:r w:rsidR="00F34B49">
        <w:tab/>
      </w:r>
      <w:r w:rsidRPr="003825EA">
        <w:t>Upper lite face of glass to the lower lite face of glass offset anywhere from 1 3/16 inches (with grids), up to 1 ½ inches (custom, without grids).</w:t>
      </w:r>
      <w:r>
        <w:t xml:space="preserve"> </w:t>
      </w:r>
    </w:p>
    <w:p w14:paraId="2040EE0A" w14:textId="77777777" w:rsidR="00AA72ED" w:rsidRDefault="00AA72ED" w:rsidP="00F34B49">
      <w:pPr>
        <w:spacing w:before="120" w:after="120" w:line="240" w:lineRule="auto"/>
        <w:ind w:left="900" w:hanging="360"/>
      </w:pPr>
      <w:r>
        <w:t>G.</w:t>
      </w:r>
      <w:r>
        <w:tab/>
      </w:r>
      <w:r w:rsidR="00FD7DB2" w:rsidRPr="00AA72ED">
        <w:t>Thermal Break: The thermal break separating the exterior and interior aluminum extrusions shall be a mechanical crimp-in-place system utilizing multi-directional glass fiber reinforced polyamide nylon struts with locking mechanical connections to the aluminum extrusions. The thermal break shall not be compromised by hardware or metal fasteners.</w:t>
      </w:r>
    </w:p>
    <w:p w14:paraId="79FB62E1" w14:textId="056D8757" w:rsidR="003825EA" w:rsidRDefault="003825EA" w:rsidP="00F34B49">
      <w:pPr>
        <w:spacing w:before="120" w:after="120" w:line="240" w:lineRule="auto"/>
        <w:ind w:left="1440" w:hanging="360"/>
      </w:pPr>
      <w:r w:rsidRPr="003825EA">
        <w:t>1.</w:t>
      </w:r>
      <w:r w:rsidR="00F34B49">
        <w:tab/>
      </w:r>
      <w:r w:rsidRPr="003825EA">
        <w:t xml:space="preserve">Minimum thermal break depth of 1 </w:t>
      </w:r>
      <w:r>
        <w:t>1/4</w:t>
      </w:r>
      <w:r w:rsidRPr="003825EA">
        <w:t xml:space="preserve"> inches. Any depth less than this will not be accepted.</w:t>
      </w:r>
      <w:r>
        <w:t xml:space="preserve"> </w:t>
      </w:r>
    </w:p>
    <w:p w14:paraId="719FEBCB" w14:textId="77777777" w:rsidR="00AA72ED" w:rsidRDefault="00AA72ED" w:rsidP="00F34B49">
      <w:pPr>
        <w:spacing w:before="120" w:after="120" w:line="240" w:lineRule="auto"/>
        <w:ind w:left="900" w:hanging="360"/>
      </w:pPr>
      <w:r>
        <w:t>H.</w:t>
      </w:r>
      <w:r>
        <w:tab/>
      </w:r>
      <w:r w:rsidR="00FD7DB2" w:rsidRPr="00AA72ED">
        <w:t xml:space="preserve">Glazing: exterior </w:t>
      </w:r>
      <w:r w:rsidR="00E34294" w:rsidRPr="00AA72ED">
        <w:t xml:space="preserve">Dry Glaze </w:t>
      </w:r>
      <w:r w:rsidR="00FD7DB2" w:rsidRPr="00AA72ED">
        <w:t xml:space="preserve">foam gasket; 1 inch (25 mm) insulating glass; two weep holes under each glass pocket for drainage; foam backer rod and silicone heel bead forming an internal seal; interior </w:t>
      </w:r>
      <w:r w:rsidR="00E34294" w:rsidRPr="00AA72ED">
        <w:t>compression</w:t>
      </w:r>
      <w:r w:rsidR="00FD7DB2" w:rsidRPr="00AA72ED">
        <w:t xml:space="preserve"> bulb gasket threaded into aluminum glazing beads; glazed by the window manufacturer.</w:t>
      </w:r>
    </w:p>
    <w:p w14:paraId="650877E0" w14:textId="77777777" w:rsidR="00AA72ED" w:rsidRDefault="00AA72ED" w:rsidP="00F34B49">
      <w:pPr>
        <w:spacing w:before="120" w:after="120" w:line="240" w:lineRule="auto"/>
        <w:ind w:left="900" w:hanging="360"/>
      </w:pPr>
      <w:r>
        <w:t>I.</w:t>
      </w:r>
      <w:r>
        <w:tab/>
      </w:r>
      <w:r w:rsidR="005C008D" w:rsidRPr="00AA72ED">
        <w:t>Wet seal of glass to frame glazing leg is not acceptable.</w:t>
      </w:r>
    </w:p>
    <w:p w14:paraId="343D8DE0" w14:textId="77777777" w:rsidR="00AA72ED" w:rsidRDefault="00AA72ED" w:rsidP="00F34B49">
      <w:pPr>
        <w:spacing w:before="120" w:after="120" w:line="240" w:lineRule="auto"/>
        <w:ind w:left="900" w:hanging="360"/>
      </w:pPr>
      <w:r>
        <w:t>J.</w:t>
      </w:r>
      <w:r>
        <w:tab/>
      </w:r>
      <w:r w:rsidR="00FD7DB2" w:rsidRPr="00AA72ED">
        <w:t xml:space="preserve">Weatherstrip: secured in extruded ports; </w:t>
      </w:r>
      <w:r w:rsidR="00E34294" w:rsidRPr="00AA72ED">
        <w:t xml:space="preserve">Compression </w:t>
      </w:r>
      <w:r w:rsidR="00FD7DB2" w:rsidRPr="00AA72ED">
        <w:t>seals conforming to AAMA 702-11; flap seal single row mounted on the vent interior on the bottom rail, top rail, and stiles; center vent gasket seal single internal row mounted on the head, sill and jamb frame members.</w:t>
      </w:r>
      <w:r w:rsidR="00E57E57" w:rsidRPr="00AA72ED">
        <w:t xml:space="preserve"> Compression seals only, sliding seals will not be allowed.</w:t>
      </w:r>
    </w:p>
    <w:p w14:paraId="10597D0C" w14:textId="61CD1610" w:rsidR="00AA72ED" w:rsidRDefault="00AA72ED" w:rsidP="00F34B49">
      <w:pPr>
        <w:spacing w:before="120" w:after="120" w:line="240" w:lineRule="auto"/>
        <w:ind w:left="900" w:hanging="360"/>
      </w:pPr>
      <w:r>
        <w:t>K.</w:t>
      </w:r>
      <w:r>
        <w:tab/>
      </w:r>
      <w:r w:rsidR="00FD7DB2" w:rsidRPr="00AA72ED">
        <w:t>Hardware: Mounted in concealed extruded grooves to avoid penetrating frame or vent members with fasteners</w:t>
      </w:r>
      <w:r w:rsidR="00E57E57" w:rsidRPr="00AA72ED">
        <w:t>. Handle hardware shall not obstruct the vision area when in a closed position</w:t>
      </w:r>
      <w:r w:rsidR="00FD7DB2" w:rsidRPr="00AA72ED">
        <w:t xml:space="preserve">; two concealed </w:t>
      </w:r>
      <w:r w:rsidRPr="00AA72ED">
        <w:t>stainless-steel</w:t>
      </w:r>
      <w:r w:rsidR="00FD7DB2" w:rsidRPr="00AA72ED">
        <w:t xml:space="preserve"> hinges conforming to AAMA 904-09 per vent to rotate the vent on vertical axis;</w:t>
      </w:r>
    </w:p>
    <w:p w14:paraId="629B346B" w14:textId="77777777" w:rsidR="0034557A" w:rsidRPr="0009629F" w:rsidRDefault="0034557A" w:rsidP="0034557A">
      <w:pPr>
        <w:spacing w:before="120" w:after="120" w:line="240" w:lineRule="auto"/>
        <w:ind w:left="1440" w:hanging="360"/>
      </w:pPr>
      <w:r w:rsidRPr="0009629F">
        <w:t>1.</w:t>
      </w:r>
      <w:r w:rsidRPr="0009629F">
        <w:tab/>
        <w:t>One single-action handle with multiple point locks per vent, painted to match the finish of the window.</w:t>
      </w:r>
    </w:p>
    <w:p w14:paraId="7736CCED" w14:textId="77777777" w:rsidR="0034557A" w:rsidRDefault="0034557A" w:rsidP="0034557A">
      <w:pPr>
        <w:spacing w:before="120" w:after="120" w:line="240" w:lineRule="auto"/>
        <w:ind w:left="1980" w:hanging="360"/>
      </w:pPr>
      <w:r>
        <w:t>a.</w:t>
      </w:r>
      <w:r>
        <w:tab/>
        <w:t>Single action, standard non-keyed handle, painted to match the finish of the window.</w:t>
      </w:r>
    </w:p>
    <w:p w14:paraId="0C609B0F" w14:textId="77777777" w:rsidR="0034557A" w:rsidRDefault="0034557A" w:rsidP="0034557A">
      <w:pPr>
        <w:spacing w:before="120" w:after="120" w:line="240" w:lineRule="auto"/>
        <w:ind w:left="1980" w:hanging="360"/>
      </w:pPr>
      <w:r>
        <w:t>b.</w:t>
      </w:r>
      <w:r>
        <w:tab/>
        <w:t>Single action, k</w:t>
      </w:r>
      <w:r w:rsidRPr="0009629F">
        <w:t>ey-operated handle</w:t>
      </w:r>
      <w:r>
        <w:t xml:space="preserve">, </w:t>
      </w:r>
      <w:r w:rsidRPr="0009629F">
        <w:t>painted to match the finish of the window.</w:t>
      </w:r>
    </w:p>
    <w:p w14:paraId="712944C5" w14:textId="77777777" w:rsidR="0034557A" w:rsidRPr="0009629F" w:rsidRDefault="0034557A" w:rsidP="0034557A">
      <w:pPr>
        <w:spacing w:before="120" w:after="120" w:line="240" w:lineRule="auto"/>
        <w:ind w:left="1980" w:hanging="360"/>
      </w:pPr>
      <w:r>
        <w:t>c.</w:t>
      </w:r>
      <w:r>
        <w:tab/>
        <w:t>S</w:t>
      </w:r>
      <w:r w:rsidRPr="0009629F">
        <w:t>ingle-action</w:t>
      </w:r>
      <w:r>
        <w:t>,</w:t>
      </w:r>
      <w:r w:rsidRPr="0009629F">
        <w:t xml:space="preserve"> ADA long handle, painted to match the finish of the window.</w:t>
      </w:r>
    </w:p>
    <w:p w14:paraId="2E162148" w14:textId="150524D1" w:rsidR="00AA72ED" w:rsidRDefault="00F67976" w:rsidP="00F67976">
      <w:pPr>
        <w:spacing w:before="120" w:after="120" w:line="240" w:lineRule="auto"/>
        <w:ind w:left="1440" w:hanging="360"/>
      </w:pPr>
      <w:r>
        <w:t>2.</w:t>
      </w:r>
      <w:r>
        <w:tab/>
      </w:r>
      <w:r w:rsidR="00FD7DB2" w:rsidRPr="00AA72ED">
        <w:t>Key-release limit arms with clear opening dimension of ___.</w:t>
      </w:r>
    </w:p>
    <w:p w14:paraId="3ACC2E45" w14:textId="77777777" w:rsidR="00F67976" w:rsidRDefault="00F67976" w:rsidP="00F67976">
      <w:pPr>
        <w:spacing w:before="120" w:after="120" w:line="240" w:lineRule="auto"/>
        <w:ind w:left="1440" w:hanging="360"/>
      </w:pPr>
      <w:r>
        <w:lastRenderedPageBreak/>
        <w:t>3</w:t>
      </w:r>
      <w:r w:rsidRPr="0009629F">
        <w:t>.</w:t>
      </w:r>
      <w:r>
        <w:tab/>
        <w:t xml:space="preserve">Hardware selection should perform as close to </w:t>
      </w:r>
      <w:r w:rsidRPr="0009629F">
        <w:t xml:space="preserve">ADA operating force &lt;5lbs </w:t>
      </w:r>
      <w:r>
        <w:t>as possible.</w:t>
      </w:r>
    </w:p>
    <w:p w14:paraId="40C0328A" w14:textId="6521F15A" w:rsidR="005E20AC" w:rsidRDefault="00F67976" w:rsidP="00F67976">
      <w:pPr>
        <w:spacing w:before="120" w:after="120" w:line="240" w:lineRule="auto"/>
        <w:ind w:left="1440" w:hanging="360"/>
      </w:pPr>
      <w:r>
        <w:t>4.</w:t>
      </w:r>
      <w:r>
        <w:tab/>
      </w:r>
      <w:r w:rsidR="00FD7DB2" w:rsidRPr="00AA72ED">
        <w:t xml:space="preserve">Break away force shall be </w:t>
      </w:r>
      <w:r w:rsidR="00E5678E" w:rsidRPr="00AA72ED">
        <w:t>less than or equal to 5 lbs.</w:t>
      </w:r>
    </w:p>
    <w:p w14:paraId="07FF88F7" w14:textId="6AF27B9C" w:rsidR="005E20AC" w:rsidRDefault="005E20AC" w:rsidP="00B71426">
      <w:pPr>
        <w:spacing w:before="120" w:after="120" w:line="240" w:lineRule="auto"/>
        <w:ind w:left="900" w:hanging="360"/>
      </w:pPr>
      <w:r>
        <w:t>L.</w:t>
      </w:r>
      <w:r>
        <w:tab/>
      </w:r>
      <w:r w:rsidR="00FD7DB2" w:rsidRPr="005E20AC">
        <w:t>Insect Screens: Full; mounted on the window frame;</w:t>
      </w:r>
      <w:r w:rsidR="00A3242F">
        <w:t xml:space="preserve"> </w:t>
      </w:r>
      <w:r w:rsidR="00FD7DB2" w:rsidRPr="005E20AC">
        <w:t>3/8 inch by 1-3/8 inches by .050 inch (9.5 mm by 35 mm by 1.27 mm) extruded tubular aluminum frame with the same finish as the window in color and performance; corners mitered, gusset reinforced, and crimped.</w:t>
      </w:r>
    </w:p>
    <w:p w14:paraId="2C21AF97" w14:textId="57556B10" w:rsidR="005E20AC" w:rsidRDefault="005E20AC" w:rsidP="00B71426">
      <w:pPr>
        <w:spacing w:before="120" w:after="120" w:line="240" w:lineRule="auto"/>
        <w:ind w:left="1440" w:hanging="360"/>
      </w:pPr>
      <w:r>
        <w:t>1.</w:t>
      </w:r>
      <w:r w:rsidR="00B71426">
        <w:tab/>
      </w:r>
      <w:r w:rsidR="00FD7DB2" w:rsidRPr="005E20AC">
        <w:t>18 x 16 dark fiberglass mesh; flexible PVC spline</w:t>
      </w:r>
      <w:r>
        <w:t>.</w:t>
      </w:r>
    </w:p>
    <w:p w14:paraId="08654566" w14:textId="64E2460A" w:rsidR="009F73A5" w:rsidRPr="005E20AC" w:rsidRDefault="005E20AC" w:rsidP="00B71426">
      <w:pPr>
        <w:spacing w:before="120" w:after="120" w:line="240" w:lineRule="auto"/>
        <w:ind w:left="1440" w:hanging="360"/>
      </w:pPr>
      <w:r>
        <w:t>2.</w:t>
      </w:r>
      <w:r w:rsidR="00B71426">
        <w:tab/>
      </w:r>
      <w:r w:rsidR="00FD7DB2" w:rsidRPr="005E20AC">
        <w:t>18 x 16 dark aluminum mesh; flexible PVC spline.</w:t>
      </w:r>
    </w:p>
    <w:p w14:paraId="26793194" w14:textId="0F62C6F9" w:rsidR="005E20AC" w:rsidRPr="005E20AC" w:rsidRDefault="005E20AC" w:rsidP="005E20AC">
      <w:pPr>
        <w:spacing w:before="120" w:after="120" w:line="240" w:lineRule="auto"/>
      </w:pPr>
      <w:r>
        <w:t xml:space="preserve">2.4 </w:t>
      </w:r>
      <w:r w:rsidR="00E5678E" w:rsidRPr="005E20AC">
        <w:t>PERFORMANCE</w:t>
      </w:r>
    </w:p>
    <w:p w14:paraId="08A1FA48" w14:textId="77777777" w:rsidR="005E20AC" w:rsidRDefault="005E20AC" w:rsidP="00B71426">
      <w:pPr>
        <w:spacing w:before="120" w:after="120" w:line="240" w:lineRule="auto"/>
        <w:ind w:left="900" w:hanging="360"/>
      </w:pPr>
      <w:r>
        <w:t>A.</w:t>
      </w:r>
      <w:r>
        <w:tab/>
      </w:r>
      <w:r w:rsidR="00E5678E" w:rsidRPr="005E20AC">
        <w:t>Air Infiltration: Not to exceed the standard of maximum 0.1 cfm/square foot when tested per ASTM E283-12 at a static air pressure difference of 6.24 psf.</w:t>
      </w:r>
    </w:p>
    <w:p w14:paraId="2B2CA82A" w14:textId="77777777" w:rsidR="005E20AC" w:rsidRDefault="005E20AC" w:rsidP="00B71426">
      <w:pPr>
        <w:spacing w:before="120" w:after="120" w:line="240" w:lineRule="auto"/>
        <w:ind w:left="900" w:hanging="360"/>
      </w:pPr>
      <w:r>
        <w:t>B.</w:t>
      </w:r>
      <w:r>
        <w:tab/>
      </w:r>
      <w:r w:rsidR="00E5678E" w:rsidRPr="005E20AC">
        <w:t>Water Penetration: No uncontrolled water leakage when tested per ASTM E331-09 and ASTM E547-09 at a static air pressure difference of 15 psf.</w:t>
      </w:r>
    </w:p>
    <w:p w14:paraId="510F3374" w14:textId="01D6C0BA" w:rsidR="005E20AC" w:rsidRDefault="005E20AC" w:rsidP="00B71426">
      <w:pPr>
        <w:spacing w:before="120" w:after="120" w:line="240" w:lineRule="auto"/>
        <w:ind w:left="900" w:hanging="360"/>
      </w:pPr>
      <w:r>
        <w:t>C.</w:t>
      </w:r>
      <w:r>
        <w:tab/>
      </w:r>
      <w:r w:rsidR="00E5678E" w:rsidRPr="005E20AC">
        <w:t>Uniform Deflection: No more than L/175 when tested per ASTM E330-14 at a static air pressure difference of:</w:t>
      </w:r>
      <w:r w:rsidR="00FF1A92">
        <w:t xml:space="preserve"> </w:t>
      </w:r>
      <w:r w:rsidR="00E5678E" w:rsidRPr="005E20AC">
        <w:t>G</w:t>
      </w:r>
      <w:r w:rsidR="003825EA">
        <w:t>6</w:t>
      </w:r>
      <w:r w:rsidR="00E5678E" w:rsidRPr="005E20AC">
        <w:t>61 Left Hand (G</w:t>
      </w:r>
      <w:r w:rsidR="003825EA">
        <w:t>6</w:t>
      </w:r>
      <w:r w:rsidR="00E5678E" w:rsidRPr="005E20AC">
        <w:t xml:space="preserve">65 Right Hand) Offset Casement Inswing – </w:t>
      </w:r>
      <w:r w:rsidR="003825EA">
        <w:t>8</w:t>
      </w:r>
      <w:r w:rsidR="0008138A">
        <w:t>5</w:t>
      </w:r>
      <w:r w:rsidR="00E5678E" w:rsidRPr="005E20AC">
        <w:t xml:space="preserve"> psf.</w:t>
      </w:r>
    </w:p>
    <w:p w14:paraId="18C28C14" w14:textId="7051D9EA" w:rsidR="005E20AC" w:rsidRDefault="005E20AC" w:rsidP="00B71426">
      <w:pPr>
        <w:spacing w:before="120" w:after="120" w:line="240" w:lineRule="auto"/>
        <w:ind w:left="900" w:hanging="360"/>
      </w:pPr>
      <w:r>
        <w:t>D.</w:t>
      </w:r>
      <w:r>
        <w:tab/>
      </w:r>
      <w:r w:rsidR="00E5678E" w:rsidRPr="005E20AC">
        <w:t>Uniform Structural Load: No glass breakage or permanent damage to fasteners, and maximum 0.2% permanent deformation of the span of any frame member when tested per ASTM E330-14 at a static air pressure difference of:</w:t>
      </w:r>
      <w:r w:rsidR="00FF1A92">
        <w:t xml:space="preserve"> </w:t>
      </w:r>
      <w:r w:rsidR="00E5678E" w:rsidRPr="005E20AC">
        <w:t>G</w:t>
      </w:r>
      <w:r w:rsidR="003825EA">
        <w:t>6</w:t>
      </w:r>
      <w:r w:rsidR="00E5678E" w:rsidRPr="005E20AC">
        <w:t>61 Left Hand (G</w:t>
      </w:r>
      <w:r w:rsidR="003825EA">
        <w:t>6</w:t>
      </w:r>
      <w:r w:rsidR="00E5678E" w:rsidRPr="005E20AC">
        <w:t>65 Right Hand) Offset Casement Inswing – 1</w:t>
      </w:r>
      <w:r w:rsidR="003825EA">
        <w:t>2</w:t>
      </w:r>
      <w:r w:rsidR="005D5C12">
        <w:t>7.5</w:t>
      </w:r>
      <w:r w:rsidR="00E5678E" w:rsidRPr="005E20AC">
        <w:t xml:space="preserve"> psf.</w:t>
      </w:r>
    </w:p>
    <w:p w14:paraId="5854A1D7" w14:textId="77777777" w:rsidR="003825EA" w:rsidRDefault="005E20AC" w:rsidP="00B71426">
      <w:pPr>
        <w:spacing w:before="120" w:after="120" w:line="240" w:lineRule="auto"/>
        <w:ind w:left="900" w:hanging="360"/>
      </w:pPr>
      <w:r>
        <w:t>E.</w:t>
      </w:r>
      <w:r>
        <w:tab/>
      </w:r>
      <w:r w:rsidR="00E5678E" w:rsidRPr="005E20AC">
        <w:t>Forced-Entry Resistance: Latching devices shall provide reasonable security against forced entry and the test window shall achieve a Grade 40 when tested per ASTM F588-07.</w:t>
      </w:r>
    </w:p>
    <w:p w14:paraId="03E871E4" w14:textId="310867E8" w:rsidR="003825EA" w:rsidRDefault="003825EA" w:rsidP="00B71426">
      <w:pPr>
        <w:spacing w:before="120" w:after="120" w:line="240" w:lineRule="auto"/>
        <w:ind w:left="900" w:hanging="360"/>
      </w:pPr>
      <w:r>
        <w:t>F.</w:t>
      </w:r>
      <w:r>
        <w:tab/>
      </w:r>
      <w:r w:rsidR="00BD2B0C">
        <w:t xml:space="preserve">Peerless G661 Casement Inswing </w:t>
      </w:r>
      <w:r>
        <w:t xml:space="preserve">Thermal NFRC Simulation: Thermal computer simulation per NFRC 100-2010 on a 48 inches by 71 inches test size glazed with 1 inch (25 mm) insulating made with 1/4 inch (6 mm) soft coat low E coating on surface #2, argon gas in the airspace made with a polymer-coated stainless steel spacer, and 1/4 inch (6 mm) clear glass, with the following test result: </w:t>
      </w:r>
    </w:p>
    <w:p w14:paraId="2094DC0F" w14:textId="68470070" w:rsidR="003825EA" w:rsidRDefault="003825EA" w:rsidP="00B71426">
      <w:pPr>
        <w:widowControl w:val="0"/>
        <w:numPr>
          <w:ilvl w:val="3"/>
          <w:numId w:val="35"/>
        </w:numPr>
        <w:shd w:val="clear" w:color="auto" w:fill="FFFFFF"/>
        <w:autoSpaceDE w:val="0"/>
        <w:autoSpaceDN w:val="0"/>
        <w:adjustRightInd w:val="0"/>
        <w:spacing w:after="0" w:line="240" w:lineRule="auto"/>
        <w:ind w:left="1440" w:hanging="360"/>
      </w:pPr>
      <w:r>
        <w:t xml:space="preserve"> Standardized Thermal Transmittance to be maximum 0.343</w:t>
      </w:r>
      <w:r w:rsidR="00E427B4">
        <w:t xml:space="preserve"> </w:t>
      </w:r>
      <w:r w:rsidR="00E427B4" w:rsidRPr="00E427B4">
        <w:t>btu/(</w:t>
      </w:r>
      <w:proofErr w:type="spellStart"/>
      <w:r w:rsidR="00E427B4" w:rsidRPr="00E427B4">
        <w:t>hr</w:t>
      </w:r>
      <w:proofErr w:type="spellEnd"/>
      <w:r w:rsidR="00E427B4" w:rsidRPr="00E427B4">
        <w:t>*</w:t>
      </w:r>
      <w:proofErr w:type="spellStart"/>
      <w:r w:rsidR="00E427B4" w:rsidRPr="00E427B4">
        <w:t>sq.ft</w:t>
      </w:r>
      <w:proofErr w:type="spellEnd"/>
      <w:r w:rsidR="00E427B4" w:rsidRPr="00E427B4">
        <w:t>*degree F).</w:t>
      </w:r>
    </w:p>
    <w:p w14:paraId="17094523" w14:textId="77777777" w:rsidR="001C2E7C" w:rsidRDefault="001C2E7C" w:rsidP="001C2E7C">
      <w:pPr>
        <w:widowControl w:val="0"/>
        <w:shd w:val="clear" w:color="auto" w:fill="FFFFFF"/>
        <w:autoSpaceDE w:val="0"/>
        <w:autoSpaceDN w:val="0"/>
        <w:adjustRightInd w:val="0"/>
        <w:spacing w:after="0" w:line="240" w:lineRule="auto"/>
        <w:ind w:left="1710"/>
      </w:pPr>
    </w:p>
    <w:p w14:paraId="69324156" w14:textId="5D602EC2" w:rsidR="003825EA" w:rsidRDefault="00AC4554" w:rsidP="00B71426">
      <w:pPr>
        <w:pStyle w:val="ListParagraph"/>
        <w:widowControl w:val="0"/>
        <w:numPr>
          <w:ilvl w:val="0"/>
          <w:numId w:val="36"/>
        </w:numPr>
        <w:shd w:val="clear" w:color="auto" w:fill="FFFFFF"/>
        <w:autoSpaceDE w:val="0"/>
        <w:autoSpaceDN w:val="0"/>
        <w:adjustRightInd w:val="0"/>
        <w:spacing w:after="0" w:line="240" w:lineRule="auto"/>
        <w:ind w:left="900"/>
      </w:pPr>
      <w:r>
        <w:t xml:space="preserve">Peerless G661 Casement Inswing </w:t>
      </w:r>
      <w:r w:rsidR="003825EA">
        <w:t>Acoustical Performance: Testing per ASTM E90-09 on a 23-1/2 inches (597 mm) by 59 inches (1499 mm) test size glazed with 1-5/16 inch (33 mm) dual glazed unit made with exterior 1/4 inch (6 mm) monolithic glass, 3/4 inch (19 mm) airspace with a stainless steel spacer, and interior 5/16 inch (8 mm) monolithic glass: minimum 40 STC and 34 OITC.</w:t>
      </w:r>
    </w:p>
    <w:p w14:paraId="3E23FB5F" w14:textId="48017A73" w:rsidR="00720B5F" w:rsidRDefault="00720B5F" w:rsidP="003825EA">
      <w:pPr>
        <w:spacing w:before="120" w:after="120" w:line="240" w:lineRule="auto"/>
        <w:ind w:left="1080" w:hanging="360"/>
      </w:pPr>
    </w:p>
    <w:p w14:paraId="4D4FBF8C" w14:textId="7AFCDBED" w:rsidR="004E6711" w:rsidRDefault="004E6711" w:rsidP="00844830">
      <w:pPr>
        <w:pStyle w:val="ListParagraph"/>
        <w:numPr>
          <w:ilvl w:val="1"/>
          <w:numId w:val="37"/>
        </w:numPr>
        <w:spacing w:before="120" w:after="120" w:line="360" w:lineRule="auto"/>
      </w:pPr>
      <w:r>
        <w:t>MUNTINS</w:t>
      </w:r>
    </w:p>
    <w:p w14:paraId="6ADF8D3F" w14:textId="77777777" w:rsidR="004E6711" w:rsidRDefault="004E6711" w:rsidP="00B71426">
      <w:pPr>
        <w:pStyle w:val="ListParagraph"/>
        <w:numPr>
          <w:ilvl w:val="0"/>
          <w:numId w:val="24"/>
        </w:numPr>
        <w:spacing w:before="120" w:after="120" w:line="360" w:lineRule="auto"/>
        <w:ind w:left="900"/>
      </w:pPr>
      <w:r>
        <w:t>Material: Extruded aluminum with exposed surfaces finished to match window color; concealed fasteners; designed for unrestricted expansion and contraction.</w:t>
      </w:r>
    </w:p>
    <w:p w14:paraId="5D4BDB52" w14:textId="77777777" w:rsidR="004E6711" w:rsidRDefault="004E6711" w:rsidP="00B71426">
      <w:pPr>
        <w:pStyle w:val="ListParagraph"/>
        <w:numPr>
          <w:ilvl w:val="0"/>
          <w:numId w:val="24"/>
        </w:numPr>
        <w:spacing w:before="120" w:after="120" w:line="360" w:lineRule="auto"/>
        <w:ind w:left="900"/>
      </w:pPr>
      <w:r>
        <w:lastRenderedPageBreak/>
        <w:t>Design: Muntin bar cross-section profile and material chosen from manufacturer's standards.</w:t>
      </w:r>
    </w:p>
    <w:p w14:paraId="19B2E32C" w14:textId="77777777" w:rsidR="004E6711" w:rsidRDefault="004E6711" w:rsidP="00B71426">
      <w:pPr>
        <w:pStyle w:val="ListParagraph"/>
        <w:numPr>
          <w:ilvl w:val="0"/>
          <w:numId w:val="24"/>
        </w:numPr>
        <w:spacing w:before="120" w:after="120" w:line="360" w:lineRule="auto"/>
        <w:ind w:left="900"/>
      </w:pPr>
      <w:r>
        <w:t>Patterns: Grid patterns to be designated by architect.</w:t>
      </w:r>
    </w:p>
    <w:p w14:paraId="3C9B4FF3" w14:textId="4335CE57" w:rsidR="004E6711" w:rsidRDefault="004E6711" w:rsidP="00B71426">
      <w:pPr>
        <w:pStyle w:val="ListParagraph"/>
        <w:numPr>
          <w:ilvl w:val="0"/>
          <w:numId w:val="24"/>
        </w:numPr>
        <w:spacing w:before="120" w:after="120" w:line="360" w:lineRule="auto"/>
        <w:ind w:left="900"/>
      </w:pPr>
      <w:r>
        <w:t>Location:</w:t>
      </w:r>
      <w:r w:rsidR="00720B5F">
        <w:t xml:space="preserve"> </w:t>
      </w:r>
      <w:r>
        <w:t xml:space="preserve">(exterior grids: separate extrusion which slides into the grid pocket of the window frame without penetrating the perimeter frame.) (internal: encapsulated between the two glass </w:t>
      </w:r>
      <w:proofErr w:type="spellStart"/>
      <w:r>
        <w:t>lites</w:t>
      </w:r>
      <w:proofErr w:type="spellEnd"/>
      <w:r>
        <w:t xml:space="preserve"> in the insulating glass unit to protect them from damage and dirt buildup.) (interior: applied grids.</w:t>
      </w:r>
      <w:r w:rsidRPr="004E6711">
        <w:rPr>
          <w:vanish/>
        </w:rPr>
        <w:t>** NOTE TO SPECIFIER ** Select either exterior or exterior and interior to simulate muntins, or select true divided muntins. Delete muntin type not required.</w:t>
      </w:r>
      <w:r w:rsidR="00720B5F">
        <w:t>)</w:t>
      </w:r>
    </w:p>
    <w:p w14:paraId="5AE718CB" w14:textId="37E5AB70" w:rsidR="009374A2" w:rsidRDefault="0035490A" w:rsidP="00B71426">
      <w:pPr>
        <w:pStyle w:val="ListParagraph"/>
        <w:spacing w:after="0" w:line="240" w:lineRule="auto"/>
        <w:ind w:left="1440" w:hanging="360"/>
      </w:pPr>
      <w:r>
        <w:t>1.</w:t>
      </w:r>
      <w:r w:rsidR="00B71426">
        <w:tab/>
      </w:r>
      <w:r w:rsidR="004E6711">
        <w:t>Exterior.</w:t>
      </w:r>
    </w:p>
    <w:p w14:paraId="7A84097D" w14:textId="316A06E0" w:rsidR="009374A2" w:rsidRDefault="009374A2" w:rsidP="00B71426">
      <w:pPr>
        <w:pStyle w:val="ListParagraph"/>
        <w:spacing w:after="0" w:line="240" w:lineRule="auto"/>
        <w:ind w:left="1440" w:hanging="360"/>
      </w:pPr>
      <w:r>
        <w:t>2.</w:t>
      </w:r>
      <w:r w:rsidR="00B71426">
        <w:tab/>
      </w:r>
      <w:r w:rsidR="004E6711">
        <w:t xml:space="preserve">Internal: Encapsulated between the two glass </w:t>
      </w:r>
      <w:proofErr w:type="spellStart"/>
      <w:r w:rsidR="004E6711">
        <w:t>lites</w:t>
      </w:r>
      <w:proofErr w:type="spellEnd"/>
      <w:r w:rsidR="004E6711">
        <w:t xml:space="preserve"> in the insulating glass unit to protect them from damage and dirt buildup.</w:t>
      </w:r>
    </w:p>
    <w:p w14:paraId="7AAC2133" w14:textId="517AD27D" w:rsidR="004E6711" w:rsidRDefault="009374A2" w:rsidP="00B71426">
      <w:pPr>
        <w:pStyle w:val="ListParagraph"/>
        <w:spacing w:after="0" w:line="240" w:lineRule="auto"/>
        <w:ind w:left="1440" w:hanging="360"/>
      </w:pPr>
      <w:r>
        <w:t>3.</w:t>
      </w:r>
      <w:r w:rsidR="00B71426">
        <w:tab/>
      </w:r>
      <w:r w:rsidR="004E6711">
        <w:t>True: Dividing the insulating glass into small individual units.</w:t>
      </w:r>
    </w:p>
    <w:p w14:paraId="534AA7E8" w14:textId="77777777" w:rsidR="00720B5F" w:rsidRDefault="00720B5F" w:rsidP="00720B5F">
      <w:pPr>
        <w:pStyle w:val="ListParagraph"/>
        <w:spacing w:before="120" w:after="120" w:line="360" w:lineRule="auto"/>
        <w:ind w:left="1710"/>
      </w:pPr>
    </w:p>
    <w:p w14:paraId="7E80AFBD" w14:textId="67C4C7B5" w:rsidR="004E6711" w:rsidRDefault="00844830" w:rsidP="00844830">
      <w:pPr>
        <w:spacing w:before="120" w:after="120" w:line="360" w:lineRule="auto"/>
      </w:pPr>
      <w:r>
        <w:t xml:space="preserve">2.6 </w:t>
      </w:r>
      <w:r w:rsidR="004E6711">
        <w:t>INSTALLATION ACCESSORIES</w:t>
      </w:r>
    </w:p>
    <w:p w14:paraId="3D9E0174" w14:textId="77777777" w:rsidR="004E6711" w:rsidRDefault="004E6711" w:rsidP="00B71426">
      <w:pPr>
        <w:pStyle w:val="ListParagraph"/>
        <w:numPr>
          <w:ilvl w:val="0"/>
          <w:numId w:val="28"/>
        </w:numPr>
        <w:spacing w:before="120" w:after="120" w:line="360" w:lineRule="auto"/>
        <w:ind w:left="900"/>
      </w:pPr>
      <w:r>
        <w:t>Material: Extruded aluminum; nominal .062 inch (1.6 mm) wall; with exposed surfaces finished to match window color and finish performance; concealed fasteners; required weather seals; designed for unrestricted expansion and contraction.</w:t>
      </w:r>
      <w:r w:rsidRPr="004E6711">
        <w:rPr>
          <w:vanish/>
        </w:rPr>
        <w:t>** NOTE TO SPECIFIER ** Delete optional exterior accessories not required.</w:t>
      </w:r>
    </w:p>
    <w:p w14:paraId="64645C01" w14:textId="77777777" w:rsidR="004E6711" w:rsidRDefault="004E6711" w:rsidP="00B71426">
      <w:pPr>
        <w:pStyle w:val="ListParagraph"/>
        <w:numPr>
          <w:ilvl w:val="0"/>
          <w:numId w:val="28"/>
        </w:numPr>
        <w:spacing w:before="120" w:after="120" w:line="360" w:lineRule="auto"/>
        <w:ind w:left="900"/>
      </w:pPr>
      <w:r>
        <w:t>Exterior:</w:t>
      </w:r>
    </w:p>
    <w:p w14:paraId="602DADB3" w14:textId="77777777" w:rsidR="004E6711" w:rsidRDefault="004E6711" w:rsidP="00B71426">
      <w:pPr>
        <w:pStyle w:val="ListParagraph"/>
        <w:numPr>
          <w:ilvl w:val="3"/>
          <w:numId w:val="14"/>
        </w:numPr>
        <w:spacing w:after="0" w:line="240" w:lineRule="auto"/>
        <w:ind w:left="1440" w:hanging="360"/>
      </w:pPr>
      <w:r>
        <w:t>Wrap around panning.</w:t>
      </w:r>
    </w:p>
    <w:p w14:paraId="4486428D" w14:textId="77777777" w:rsidR="004E6711" w:rsidRDefault="004E6711" w:rsidP="00B71426">
      <w:pPr>
        <w:pStyle w:val="ListParagraph"/>
        <w:numPr>
          <w:ilvl w:val="3"/>
          <w:numId w:val="14"/>
        </w:numPr>
        <w:spacing w:after="0" w:line="240" w:lineRule="auto"/>
        <w:ind w:left="1440" w:hanging="360"/>
      </w:pPr>
      <w:r>
        <w:t>Preset panning.</w:t>
      </w:r>
    </w:p>
    <w:p w14:paraId="195E0C4B" w14:textId="77777777" w:rsidR="004E6711" w:rsidRDefault="004E6711" w:rsidP="00B71426">
      <w:pPr>
        <w:pStyle w:val="ListParagraph"/>
        <w:numPr>
          <w:ilvl w:val="3"/>
          <w:numId w:val="14"/>
        </w:numPr>
        <w:spacing w:after="0" w:line="240" w:lineRule="auto"/>
        <w:ind w:left="1440" w:hanging="360"/>
      </w:pPr>
      <w:r>
        <w:t>Co-extruded nailing fin.</w:t>
      </w:r>
    </w:p>
    <w:p w14:paraId="4153EE62" w14:textId="77777777" w:rsidR="004E6711" w:rsidRDefault="004E6711" w:rsidP="00B71426">
      <w:pPr>
        <w:pStyle w:val="ListParagraph"/>
        <w:numPr>
          <w:ilvl w:val="3"/>
          <w:numId w:val="14"/>
        </w:numPr>
        <w:spacing w:after="0" w:line="240" w:lineRule="auto"/>
        <w:ind w:left="1440" w:hanging="360"/>
      </w:pPr>
      <w:r>
        <w:t>Co-extruded flange frame.</w:t>
      </w:r>
    </w:p>
    <w:p w14:paraId="1196A4BC" w14:textId="77777777" w:rsidR="004E6711" w:rsidRDefault="004E6711" w:rsidP="00B71426">
      <w:pPr>
        <w:pStyle w:val="ListParagraph"/>
        <w:numPr>
          <w:ilvl w:val="3"/>
          <w:numId w:val="14"/>
        </w:numPr>
        <w:spacing w:after="0" w:line="240" w:lineRule="auto"/>
        <w:ind w:left="1440" w:hanging="360"/>
      </w:pPr>
      <w:r>
        <w:t>Two-piece receptor with polyamide strip thermal break.</w:t>
      </w:r>
    </w:p>
    <w:p w14:paraId="167400D8" w14:textId="77777777" w:rsidR="00844830" w:rsidRDefault="004E6711" w:rsidP="00B71426">
      <w:pPr>
        <w:pStyle w:val="ListParagraph"/>
        <w:numPr>
          <w:ilvl w:val="3"/>
          <w:numId w:val="14"/>
        </w:numPr>
        <w:spacing w:after="0" w:line="360" w:lineRule="auto"/>
        <w:ind w:left="1440" w:hanging="360"/>
      </w:pPr>
      <w:r>
        <w:t xml:space="preserve">10 </w:t>
      </w:r>
      <w:proofErr w:type="spellStart"/>
      <w:r>
        <w:t>psf</w:t>
      </w:r>
      <w:proofErr w:type="spellEnd"/>
      <w:r>
        <w:t xml:space="preserve"> subsill with polyamide strip thermal break.</w:t>
      </w:r>
    </w:p>
    <w:p w14:paraId="1569D777" w14:textId="77777777" w:rsidR="00844830" w:rsidRDefault="00844830" w:rsidP="00B34B5D">
      <w:pPr>
        <w:pStyle w:val="ListParagraph"/>
        <w:numPr>
          <w:ilvl w:val="0"/>
          <w:numId w:val="28"/>
        </w:numPr>
        <w:spacing w:after="0" w:line="360" w:lineRule="auto"/>
        <w:ind w:left="900"/>
      </w:pPr>
      <w:r>
        <w:t>I</w:t>
      </w:r>
      <w:r w:rsidRPr="00844830">
        <w:t>nterior: Two-piece snap trim and trim cli</w:t>
      </w:r>
      <w:r>
        <w:t>p.</w:t>
      </w:r>
    </w:p>
    <w:p w14:paraId="48E05CBC" w14:textId="458AE610" w:rsidR="004E6711" w:rsidRDefault="004E6711" w:rsidP="00B34B5D">
      <w:pPr>
        <w:pStyle w:val="ListParagraph"/>
        <w:numPr>
          <w:ilvl w:val="0"/>
          <w:numId w:val="28"/>
        </w:numPr>
        <w:spacing w:after="0" w:line="240" w:lineRule="auto"/>
        <w:ind w:left="900"/>
      </w:pPr>
      <w:r w:rsidRPr="00844830">
        <w:t>Mullions:</w:t>
      </w:r>
    </w:p>
    <w:p w14:paraId="4964C243" w14:textId="46E8915B" w:rsidR="00844830" w:rsidRDefault="004E6711" w:rsidP="00D23498">
      <w:pPr>
        <w:widowControl w:val="0"/>
        <w:numPr>
          <w:ilvl w:val="3"/>
          <w:numId w:val="28"/>
        </w:numPr>
        <w:shd w:val="clear" w:color="auto" w:fill="FFFFFF"/>
        <w:autoSpaceDE w:val="0"/>
        <w:autoSpaceDN w:val="0"/>
        <w:adjustRightInd w:val="0"/>
        <w:spacing w:after="0" w:line="360" w:lineRule="auto"/>
        <w:ind w:left="1440"/>
      </w:pPr>
      <w:r>
        <w:t>Vertical three-piece mullion with polyamide strip thermal break</w:t>
      </w:r>
      <w:r w:rsidRPr="00071247">
        <w:rPr>
          <w:vanish/>
        </w:rPr>
        <w:t>** NOTE TO SPECIFIER ** Delete if not required.</w:t>
      </w:r>
      <w:r w:rsidR="00F435AB">
        <w:t>.</w:t>
      </w:r>
    </w:p>
    <w:p w14:paraId="26BFF77B" w14:textId="631D307D" w:rsidR="00844830" w:rsidRDefault="00F435AB" w:rsidP="00D23498">
      <w:pPr>
        <w:pStyle w:val="ListParagraph"/>
        <w:widowControl w:val="0"/>
        <w:numPr>
          <w:ilvl w:val="0"/>
          <w:numId w:val="28"/>
        </w:numPr>
        <w:shd w:val="clear" w:color="auto" w:fill="FFFFFF"/>
        <w:autoSpaceDE w:val="0"/>
        <w:autoSpaceDN w:val="0"/>
        <w:adjustRightInd w:val="0"/>
        <w:spacing w:after="0" w:line="360" w:lineRule="auto"/>
        <w:ind w:left="900"/>
      </w:pPr>
      <w:r>
        <w:t xml:space="preserve">Aluminum </w:t>
      </w:r>
      <w:r w:rsidR="004E6711">
        <w:t>strap anchor</w:t>
      </w:r>
      <w:r w:rsidR="004E6711" w:rsidRPr="00844830">
        <w:rPr>
          <w:vanish/>
        </w:rPr>
        <w:t>** NOTE TO SPECIFIER ** Delete if not required.</w:t>
      </w:r>
      <w:r>
        <w:t>.</w:t>
      </w:r>
    </w:p>
    <w:p w14:paraId="3EC5167B" w14:textId="71DA22D8" w:rsidR="00844830" w:rsidRDefault="004E6711" w:rsidP="00D23498">
      <w:pPr>
        <w:pStyle w:val="ListParagraph"/>
        <w:widowControl w:val="0"/>
        <w:numPr>
          <w:ilvl w:val="0"/>
          <w:numId w:val="28"/>
        </w:numPr>
        <w:shd w:val="clear" w:color="auto" w:fill="FFFFFF"/>
        <w:autoSpaceDE w:val="0"/>
        <w:autoSpaceDN w:val="0"/>
        <w:adjustRightInd w:val="0"/>
        <w:spacing w:after="0" w:line="360" w:lineRule="auto"/>
        <w:ind w:left="900"/>
      </w:pPr>
      <w:r>
        <w:t>Head expander with polyamide strip thermal break</w:t>
      </w:r>
      <w:r w:rsidRPr="00844830">
        <w:rPr>
          <w:vanish/>
        </w:rPr>
        <w:t>** NOTE TO SPECIFIER ** Delete if not required.</w:t>
      </w:r>
      <w:r w:rsidR="00F435AB">
        <w:t>.</w:t>
      </w:r>
    </w:p>
    <w:p w14:paraId="5A37FB33" w14:textId="122F61BC" w:rsidR="00A37496" w:rsidRDefault="004E6711" w:rsidP="00D23498">
      <w:pPr>
        <w:pStyle w:val="ListParagraph"/>
        <w:widowControl w:val="0"/>
        <w:numPr>
          <w:ilvl w:val="0"/>
          <w:numId w:val="28"/>
        </w:numPr>
        <w:shd w:val="clear" w:color="auto" w:fill="FFFFFF"/>
        <w:autoSpaceDE w:val="0"/>
        <w:autoSpaceDN w:val="0"/>
        <w:adjustRightInd w:val="0"/>
        <w:spacing w:after="0" w:line="360" w:lineRule="auto"/>
        <w:ind w:left="900"/>
      </w:pPr>
      <w:r>
        <w:t>Sill angle.</w:t>
      </w:r>
    </w:p>
    <w:p w14:paraId="264AC7ED" w14:textId="77777777" w:rsidR="009C3EEA" w:rsidRDefault="009C3EEA" w:rsidP="009C3EEA">
      <w:pPr>
        <w:pStyle w:val="ListParagraph"/>
        <w:widowControl w:val="0"/>
        <w:shd w:val="clear" w:color="auto" w:fill="FFFFFF"/>
        <w:autoSpaceDE w:val="0"/>
        <w:autoSpaceDN w:val="0"/>
        <w:adjustRightInd w:val="0"/>
        <w:spacing w:after="0" w:line="240" w:lineRule="auto"/>
        <w:ind w:left="1080"/>
      </w:pPr>
    </w:p>
    <w:p w14:paraId="393E6053" w14:textId="16BB11DD" w:rsidR="00A37496" w:rsidRDefault="00844830" w:rsidP="00844830">
      <w:pPr>
        <w:widowControl w:val="0"/>
        <w:shd w:val="clear" w:color="auto" w:fill="FFFFFF"/>
        <w:tabs>
          <w:tab w:val="left" w:pos="1080"/>
        </w:tabs>
        <w:autoSpaceDE w:val="0"/>
        <w:autoSpaceDN w:val="0"/>
        <w:adjustRightInd w:val="0"/>
        <w:spacing w:before="120" w:after="120" w:line="360" w:lineRule="auto"/>
      </w:pPr>
      <w:r>
        <w:t xml:space="preserve">2.7 </w:t>
      </w:r>
      <w:r w:rsidR="00A37496">
        <w:t>INSULATING GLASS UNITS</w:t>
      </w:r>
    </w:p>
    <w:p w14:paraId="36BE6BE2" w14:textId="001F78A9" w:rsidR="00A37496" w:rsidRDefault="00A37496" w:rsidP="00D23498">
      <w:pPr>
        <w:pStyle w:val="ListParagraph"/>
        <w:widowControl w:val="0"/>
        <w:numPr>
          <w:ilvl w:val="0"/>
          <w:numId w:val="29"/>
        </w:numPr>
        <w:shd w:val="clear" w:color="auto" w:fill="FFFFFF"/>
        <w:tabs>
          <w:tab w:val="left" w:pos="900"/>
          <w:tab w:val="left" w:pos="1080"/>
        </w:tabs>
        <w:autoSpaceDE w:val="0"/>
        <w:autoSpaceDN w:val="0"/>
        <w:adjustRightInd w:val="0"/>
        <w:spacing w:before="120" w:after="120" w:line="360" w:lineRule="auto"/>
        <w:ind w:left="900"/>
      </w:pPr>
      <w:r>
        <w:t>Materials:</w:t>
      </w:r>
    </w:p>
    <w:p w14:paraId="423D7E84" w14:textId="073C0074" w:rsidR="00A37496" w:rsidRDefault="00A37496" w:rsidP="00D23498">
      <w:pPr>
        <w:pStyle w:val="ListParagraph"/>
        <w:widowControl w:val="0"/>
        <w:numPr>
          <w:ilvl w:val="3"/>
          <w:numId w:val="20"/>
        </w:numPr>
        <w:shd w:val="clear" w:color="auto" w:fill="FFFFFF"/>
        <w:autoSpaceDE w:val="0"/>
        <w:autoSpaceDN w:val="0"/>
        <w:adjustRightInd w:val="0"/>
        <w:spacing w:after="0" w:line="240" w:lineRule="auto"/>
        <w:ind w:left="1440" w:hanging="360"/>
      </w:pPr>
      <w:r>
        <w:t>Spacer: tubular stainless steel.</w:t>
      </w:r>
    </w:p>
    <w:p w14:paraId="4C2B5762" w14:textId="471C2456" w:rsidR="00A37496" w:rsidRDefault="00A37496" w:rsidP="00D23498">
      <w:pPr>
        <w:widowControl w:val="0"/>
        <w:numPr>
          <w:ilvl w:val="3"/>
          <w:numId w:val="20"/>
        </w:numPr>
        <w:shd w:val="clear" w:color="auto" w:fill="FFFFFF"/>
        <w:autoSpaceDE w:val="0"/>
        <w:autoSpaceDN w:val="0"/>
        <w:adjustRightInd w:val="0"/>
        <w:spacing w:after="0" w:line="240" w:lineRule="auto"/>
        <w:ind w:left="1440" w:hanging="360"/>
      </w:pPr>
      <w:r>
        <w:t>Spacer color: Stainless metal color.</w:t>
      </w:r>
    </w:p>
    <w:p w14:paraId="35C424BE" w14:textId="77777777" w:rsidR="00A37496" w:rsidRDefault="00A37496" w:rsidP="00D23498">
      <w:pPr>
        <w:widowControl w:val="0"/>
        <w:numPr>
          <w:ilvl w:val="3"/>
          <w:numId w:val="20"/>
        </w:numPr>
        <w:shd w:val="clear" w:color="auto" w:fill="FFFFFF"/>
        <w:autoSpaceDE w:val="0"/>
        <w:autoSpaceDN w:val="0"/>
        <w:adjustRightInd w:val="0"/>
        <w:spacing w:after="0" w:line="240" w:lineRule="auto"/>
        <w:ind w:left="1440" w:hanging="360"/>
      </w:pPr>
      <w:r>
        <w:t>Primary seal: polyisobutylene.</w:t>
      </w:r>
    </w:p>
    <w:p w14:paraId="098DBACD" w14:textId="77777777" w:rsidR="00842DF0" w:rsidRDefault="00A37496" w:rsidP="002867B1">
      <w:pPr>
        <w:widowControl w:val="0"/>
        <w:numPr>
          <w:ilvl w:val="3"/>
          <w:numId w:val="20"/>
        </w:numPr>
        <w:shd w:val="clear" w:color="auto" w:fill="FFFFFF"/>
        <w:autoSpaceDE w:val="0"/>
        <w:autoSpaceDN w:val="0"/>
        <w:adjustRightInd w:val="0"/>
        <w:spacing w:after="0" w:line="240" w:lineRule="auto"/>
        <w:ind w:left="1440" w:hanging="360"/>
      </w:pPr>
      <w:r>
        <w:lastRenderedPageBreak/>
        <w:t>Secondary seal: Silicone.</w:t>
      </w:r>
    </w:p>
    <w:p w14:paraId="01CE7A9F" w14:textId="0DDA44CA" w:rsidR="00A37496" w:rsidRPr="002867B1" w:rsidRDefault="00A37496" w:rsidP="002867B1">
      <w:pPr>
        <w:widowControl w:val="0"/>
        <w:numPr>
          <w:ilvl w:val="3"/>
          <w:numId w:val="20"/>
        </w:numPr>
        <w:shd w:val="clear" w:color="auto" w:fill="FFFFFF"/>
        <w:autoSpaceDE w:val="0"/>
        <w:autoSpaceDN w:val="0"/>
        <w:adjustRightInd w:val="0"/>
        <w:spacing w:after="0" w:line="240" w:lineRule="auto"/>
        <w:ind w:left="1440" w:hanging="360"/>
      </w:pPr>
      <w:r w:rsidRPr="002867B1">
        <w:t xml:space="preserve">Airspace Fill: Plain air. </w:t>
      </w:r>
    </w:p>
    <w:p w14:paraId="6942E36D" w14:textId="77777777" w:rsidR="00A37496" w:rsidRDefault="00A37496" w:rsidP="00D23498">
      <w:pPr>
        <w:widowControl w:val="0"/>
        <w:numPr>
          <w:ilvl w:val="3"/>
          <w:numId w:val="20"/>
        </w:numPr>
        <w:shd w:val="clear" w:color="auto" w:fill="FFFFFF"/>
        <w:autoSpaceDE w:val="0"/>
        <w:autoSpaceDN w:val="0"/>
        <w:adjustRightInd w:val="0"/>
        <w:spacing w:after="0" w:line="240" w:lineRule="auto"/>
        <w:ind w:left="1440" w:hanging="360"/>
      </w:pPr>
      <w:r>
        <w:t>Airspace Fill: Argon filled.</w:t>
      </w:r>
    </w:p>
    <w:p w14:paraId="3B0C862D" w14:textId="7C223626" w:rsidR="005C008D" w:rsidRDefault="005C008D" w:rsidP="00D23498">
      <w:pPr>
        <w:widowControl w:val="0"/>
        <w:numPr>
          <w:ilvl w:val="3"/>
          <w:numId w:val="20"/>
        </w:numPr>
        <w:shd w:val="clear" w:color="auto" w:fill="FFFFFF"/>
        <w:autoSpaceDE w:val="0"/>
        <w:autoSpaceDN w:val="0"/>
        <w:adjustRightInd w:val="0"/>
        <w:spacing w:after="0" w:line="240" w:lineRule="auto"/>
        <w:ind w:left="1440" w:hanging="360"/>
      </w:pPr>
      <w:r>
        <w:t xml:space="preserve">Cardinal Preserve protective film applied to interior and exterior of glass IGU. </w:t>
      </w:r>
    </w:p>
    <w:p w14:paraId="309E7EE7" w14:textId="682BD6A9" w:rsidR="00A37496" w:rsidRPr="00A37496" w:rsidRDefault="00A37496" w:rsidP="00D23498">
      <w:pPr>
        <w:pStyle w:val="ListParagraph"/>
        <w:widowControl w:val="0"/>
        <w:numPr>
          <w:ilvl w:val="0"/>
          <w:numId w:val="29"/>
        </w:numPr>
        <w:shd w:val="clear" w:color="auto" w:fill="FFFFFF"/>
        <w:autoSpaceDE w:val="0"/>
        <w:autoSpaceDN w:val="0"/>
        <w:adjustRightInd w:val="0"/>
        <w:spacing w:before="120" w:after="120" w:line="360" w:lineRule="auto"/>
        <w:ind w:left="900"/>
      </w:pPr>
      <w:r>
        <w:t>Performance:</w:t>
      </w:r>
      <w:r w:rsidRPr="00A37496">
        <w:rPr>
          <w:vanish/>
        </w:rPr>
        <w:t>** NOTE TO SPECIFIER ** Enter center-of-glass U value, SHGC, and VT data as required.</w:t>
      </w:r>
    </w:p>
    <w:p w14:paraId="4B7735AA" w14:textId="489911DC" w:rsidR="00A37496" w:rsidRPr="00A37496" w:rsidRDefault="00A37496" w:rsidP="00D23498">
      <w:pPr>
        <w:pStyle w:val="ListParagraph"/>
        <w:numPr>
          <w:ilvl w:val="3"/>
          <w:numId w:val="29"/>
        </w:numPr>
        <w:spacing w:before="120" w:after="120" w:line="360" w:lineRule="auto"/>
        <w:ind w:left="1440"/>
      </w:pPr>
      <w:r w:rsidRPr="00A37496">
        <w:t>Dual-seal durability: AAMA Certification: Conformance with ASTM E 2190-10; visible, permanent IGCC certification label.</w:t>
      </w:r>
    </w:p>
    <w:p w14:paraId="77159800" w14:textId="3DDEB26B" w:rsidR="00A37496" w:rsidRPr="00A37496" w:rsidRDefault="00A37496" w:rsidP="00D23498">
      <w:pPr>
        <w:pStyle w:val="ListParagraph"/>
        <w:widowControl w:val="0"/>
        <w:numPr>
          <w:ilvl w:val="0"/>
          <w:numId w:val="29"/>
        </w:numPr>
        <w:shd w:val="clear" w:color="auto" w:fill="FFFFFF"/>
        <w:autoSpaceDE w:val="0"/>
        <w:autoSpaceDN w:val="0"/>
        <w:adjustRightInd w:val="0"/>
        <w:spacing w:after="0" w:line="240" w:lineRule="auto"/>
        <w:ind w:left="900"/>
      </w:pPr>
      <w:r>
        <w:t>Exterior Glass Lite:</w:t>
      </w:r>
      <w:r w:rsidRPr="00A37496">
        <w:rPr>
          <w:vanish/>
        </w:rPr>
        <w:t>** NOTE TO SPECIFIER ** Delete thickness not required.</w:t>
      </w:r>
    </w:p>
    <w:p w14:paraId="12752A7E" w14:textId="77777777" w:rsidR="00A37496" w:rsidRDefault="00A37496" w:rsidP="00D23498">
      <w:pPr>
        <w:widowControl w:val="0"/>
        <w:numPr>
          <w:ilvl w:val="3"/>
          <w:numId w:val="29"/>
        </w:numPr>
        <w:shd w:val="clear" w:color="auto" w:fill="FFFFFF"/>
        <w:autoSpaceDE w:val="0"/>
        <w:autoSpaceDN w:val="0"/>
        <w:adjustRightInd w:val="0"/>
        <w:spacing w:after="0" w:line="240" w:lineRule="auto"/>
        <w:ind w:left="1440"/>
      </w:pPr>
      <w:r>
        <w:t>Thickness: 1/8 inch (3 mm).</w:t>
      </w:r>
    </w:p>
    <w:p w14:paraId="33EBEC3B" w14:textId="77777777" w:rsidR="00A37496" w:rsidRDefault="00A37496" w:rsidP="00D23498">
      <w:pPr>
        <w:widowControl w:val="0"/>
        <w:numPr>
          <w:ilvl w:val="3"/>
          <w:numId w:val="29"/>
        </w:numPr>
        <w:shd w:val="clear" w:color="auto" w:fill="FFFFFF"/>
        <w:autoSpaceDE w:val="0"/>
        <w:autoSpaceDN w:val="0"/>
        <w:adjustRightInd w:val="0"/>
        <w:spacing w:after="0" w:line="240" w:lineRule="auto"/>
        <w:ind w:left="1440"/>
      </w:pPr>
      <w:r>
        <w:t>Thickness: 3/16 inch (4.8 mm).</w:t>
      </w:r>
    </w:p>
    <w:p w14:paraId="6A9B85E8" w14:textId="77777777" w:rsidR="00842DF0" w:rsidRDefault="00A37496" w:rsidP="00842DF0">
      <w:pPr>
        <w:widowControl w:val="0"/>
        <w:numPr>
          <w:ilvl w:val="3"/>
          <w:numId w:val="29"/>
        </w:numPr>
        <w:shd w:val="clear" w:color="auto" w:fill="FFFFFF"/>
        <w:autoSpaceDE w:val="0"/>
        <w:autoSpaceDN w:val="0"/>
        <w:adjustRightInd w:val="0"/>
        <w:spacing w:after="0" w:line="240" w:lineRule="auto"/>
        <w:ind w:left="1440"/>
      </w:pPr>
      <w:r>
        <w:t>Thickness: 1/4 inch (6 mm).</w:t>
      </w:r>
    </w:p>
    <w:p w14:paraId="20110D95" w14:textId="77777777" w:rsidR="00842DF0" w:rsidRDefault="00A37496" w:rsidP="00842DF0">
      <w:pPr>
        <w:widowControl w:val="0"/>
        <w:numPr>
          <w:ilvl w:val="3"/>
          <w:numId w:val="29"/>
        </w:numPr>
        <w:shd w:val="clear" w:color="auto" w:fill="FFFFFF"/>
        <w:autoSpaceDE w:val="0"/>
        <w:autoSpaceDN w:val="0"/>
        <w:adjustRightInd w:val="0"/>
        <w:spacing w:after="0" w:line="240" w:lineRule="auto"/>
        <w:ind w:left="1440"/>
      </w:pPr>
      <w:r w:rsidRPr="00842DF0">
        <w:t>Tint: Clear.</w:t>
      </w:r>
    </w:p>
    <w:p w14:paraId="4C64D2F3" w14:textId="7506C719" w:rsidR="00A37496" w:rsidRPr="00842DF0" w:rsidRDefault="00A37496" w:rsidP="00842DF0">
      <w:pPr>
        <w:widowControl w:val="0"/>
        <w:numPr>
          <w:ilvl w:val="3"/>
          <w:numId w:val="29"/>
        </w:numPr>
        <w:shd w:val="clear" w:color="auto" w:fill="FFFFFF"/>
        <w:autoSpaceDE w:val="0"/>
        <w:autoSpaceDN w:val="0"/>
        <w:adjustRightInd w:val="0"/>
        <w:spacing w:after="0" w:line="240" w:lineRule="auto"/>
        <w:ind w:left="1440"/>
      </w:pPr>
      <w:r w:rsidRPr="00842DF0">
        <w:t>Type: Annealed.</w:t>
      </w:r>
    </w:p>
    <w:p w14:paraId="52FD88F2" w14:textId="77777777" w:rsidR="00A37496" w:rsidRDefault="00A37496" w:rsidP="00D23498">
      <w:pPr>
        <w:widowControl w:val="0"/>
        <w:numPr>
          <w:ilvl w:val="3"/>
          <w:numId w:val="29"/>
        </w:numPr>
        <w:shd w:val="clear" w:color="auto" w:fill="FFFFFF"/>
        <w:autoSpaceDE w:val="0"/>
        <w:autoSpaceDN w:val="0"/>
        <w:adjustRightInd w:val="0"/>
        <w:spacing w:after="0" w:line="240" w:lineRule="auto"/>
        <w:ind w:left="1440"/>
      </w:pPr>
      <w:r>
        <w:t>Type: Tempered.</w:t>
      </w:r>
    </w:p>
    <w:p w14:paraId="43F08E88" w14:textId="77777777" w:rsidR="00842DF0" w:rsidRDefault="00A37496" w:rsidP="00842DF0">
      <w:pPr>
        <w:widowControl w:val="0"/>
        <w:numPr>
          <w:ilvl w:val="3"/>
          <w:numId w:val="29"/>
        </w:numPr>
        <w:shd w:val="clear" w:color="auto" w:fill="FFFFFF"/>
        <w:autoSpaceDE w:val="0"/>
        <w:autoSpaceDN w:val="0"/>
        <w:adjustRightInd w:val="0"/>
        <w:spacing w:after="0" w:line="240" w:lineRule="auto"/>
        <w:ind w:left="1440"/>
      </w:pPr>
      <w:r>
        <w:t>Type: Laminated.</w:t>
      </w:r>
    </w:p>
    <w:p w14:paraId="3348A394" w14:textId="3A2F4ED8" w:rsidR="00A37496" w:rsidRPr="00842DF0" w:rsidRDefault="00A37496" w:rsidP="00842DF0">
      <w:pPr>
        <w:widowControl w:val="0"/>
        <w:numPr>
          <w:ilvl w:val="3"/>
          <w:numId w:val="29"/>
        </w:numPr>
        <w:shd w:val="clear" w:color="auto" w:fill="FFFFFF"/>
        <w:autoSpaceDE w:val="0"/>
        <w:autoSpaceDN w:val="0"/>
        <w:adjustRightInd w:val="0"/>
        <w:spacing w:after="0" w:line="240" w:lineRule="auto"/>
        <w:ind w:left="1440"/>
      </w:pPr>
      <w:r w:rsidRPr="00842DF0">
        <w:t>Coating: low E on #2 surface; Cardinal Glass 270 or Cardinal Glass 366 or equivalent.</w:t>
      </w:r>
    </w:p>
    <w:p w14:paraId="1C028F44" w14:textId="77777777" w:rsidR="009374A2" w:rsidRDefault="009374A2" w:rsidP="009374A2">
      <w:pPr>
        <w:widowControl w:val="0"/>
        <w:shd w:val="clear" w:color="auto" w:fill="FFFFFF"/>
        <w:autoSpaceDE w:val="0"/>
        <w:autoSpaceDN w:val="0"/>
        <w:adjustRightInd w:val="0"/>
        <w:spacing w:after="0" w:line="240" w:lineRule="auto"/>
        <w:ind w:left="1710"/>
      </w:pPr>
    </w:p>
    <w:p w14:paraId="194A863D" w14:textId="0B439892" w:rsidR="00A37496" w:rsidRPr="00A37496" w:rsidRDefault="00A37496" w:rsidP="00D23498">
      <w:pPr>
        <w:pStyle w:val="ListParagraph"/>
        <w:widowControl w:val="0"/>
        <w:numPr>
          <w:ilvl w:val="0"/>
          <w:numId w:val="29"/>
        </w:numPr>
        <w:shd w:val="clear" w:color="auto" w:fill="FFFFFF"/>
        <w:autoSpaceDE w:val="0"/>
        <w:autoSpaceDN w:val="0"/>
        <w:adjustRightInd w:val="0"/>
        <w:spacing w:after="0" w:line="240" w:lineRule="auto"/>
        <w:ind w:left="900"/>
      </w:pPr>
      <w:r>
        <w:t>Interior Glass Lite:</w:t>
      </w:r>
      <w:r w:rsidRPr="00A37496">
        <w:rPr>
          <w:vanish/>
        </w:rPr>
        <w:t>** NOTE TO SPECIFIER ** Delete thickness not required.</w:t>
      </w:r>
    </w:p>
    <w:p w14:paraId="2579A9C6" w14:textId="77777777" w:rsidR="00A37496" w:rsidRDefault="00A37496" w:rsidP="00D23498">
      <w:pPr>
        <w:pStyle w:val="ListParagraph"/>
        <w:numPr>
          <w:ilvl w:val="3"/>
          <w:numId w:val="29"/>
        </w:numPr>
        <w:spacing w:after="0" w:line="240" w:lineRule="auto"/>
        <w:ind w:left="1440"/>
      </w:pPr>
      <w:r w:rsidRPr="00A37496">
        <w:t>Thickness: 1/8 inch (3 mm).</w:t>
      </w:r>
    </w:p>
    <w:p w14:paraId="7A131DEA" w14:textId="77777777" w:rsidR="00A37496" w:rsidRDefault="00A37496" w:rsidP="00D23498">
      <w:pPr>
        <w:pStyle w:val="ListParagraph"/>
        <w:numPr>
          <w:ilvl w:val="3"/>
          <w:numId w:val="29"/>
        </w:numPr>
        <w:spacing w:after="0" w:line="240" w:lineRule="auto"/>
        <w:ind w:left="1440"/>
      </w:pPr>
      <w:r w:rsidRPr="00A37496">
        <w:t>Thickness: 3/16 inch (4.8 mm).</w:t>
      </w:r>
    </w:p>
    <w:p w14:paraId="12AB923D" w14:textId="77777777" w:rsidR="00A37496" w:rsidRDefault="00A37496" w:rsidP="00D23498">
      <w:pPr>
        <w:pStyle w:val="ListParagraph"/>
        <w:numPr>
          <w:ilvl w:val="3"/>
          <w:numId w:val="29"/>
        </w:numPr>
        <w:spacing w:after="0" w:line="240" w:lineRule="auto"/>
        <w:ind w:left="1440"/>
      </w:pPr>
      <w:r w:rsidRPr="00A37496">
        <w:t>Thickness: 1/4 inch (6 mm).</w:t>
      </w:r>
    </w:p>
    <w:p w14:paraId="2ABD759B" w14:textId="77777777" w:rsidR="00A37496" w:rsidRDefault="00A37496" w:rsidP="00D23498">
      <w:pPr>
        <w:pStyle w:val="ListParagraph"/>
        <w:numPr>
          <w:ilvl w:val="3"/>
          <w:numId w:val="29"/>
        </w:numPr>
        <w:spacing w:after="0" w:line="240" w:lineRule="auto"/>
        <w:ind w:left="1440"/>
      </w:pPr>
      <w:r w:rsidRPr="00A37496">
        <w:t xml:space="preserve">Tint: Clear. </w:t>
      </w:r>
    </w:p>
    <w:p w14:paraId="7380ED08" w14:textId="77777777" w:rsidR="00A37496" w:rsidRDefault="00A37496" w:rsidP="00D23498">
      <w:pPr>
        <w:pStyle w:val="ListParagraph"/>
        <w:numPr>
          <w:ilvl w:val="3"/>
          <w:numId w:val="29"/>
        </w:numPr>
        <w:spacing w:after="0" w:line="240" w:lineRule="auto"/>
        <w:ind w:left="1440"/>
      </w:pPr>
      <w:r w:rsidRPr="00A37496">
        <w:t>Type: Annealed.</w:t>
      </w:r>
    </w:p>
    <w:p w14:paraId="1C0263C4" w14:textId="77777777" w:rsidR="00A37496" w:rsidRDefault="00A37496" w:rsidP="00D23498">
      <w:pPr>
        <w:pStyle w:val="ListParagraph"/>
        <w:numPr>
          <w:ilvl w:val="3"/>
          <w:numId w:val="29"/>
        </w:numPr>
        <w:spacing w:after="0" w:line="240" w:lineRule="auto"/>
        <w:ind w:left="1440"/>
      </w:pPr>
      <w:r w:rsidRPr="00A37496">
        <w:t>Type: Tempered.</w:t>
      </w:r>
    </w:p>
    <w:p w14:paraId="19EF1E86" w14:textId="77777777" w:rsidR="00A37496" w:rsidRDefault="00A37496" w:rsidP="00D23498">
      <w:pPr>
        <w:pStyle w:val="ListParagraph"/>
        <w:numPr>
          <w:ilvl w:val="3"/>
          <w:numId w:val="29"/>
        </w:numPr>
        <w:spacing w:after="0" w:line="240" w:lineRule="auto"/>
        <w:ind w:left="1440"/>
      </w:pPr>
      <w:r w:rsidRPr="00A37496">
        <w:t xml:space="preserve">Type: Laminated. </w:t>
      </w:r>
    </w:p>
    <w:p w14:paraId="5FB63E6E" w14:textId="77777777" w:rsidR="00A37496" w:rsidRDefault="00A37496" w:rsidP="00D23498">
      <w:pPr>
        <w:pStyle w:val="ListParagraph"/>
        <w:numPr>
          <w:ilvl w:val="3"/>
          <w:numId w:val="29"/>
        </w:numPr>
        <w:spacing w:after="0" w:line="240" w:lineRule="auto"/>
        <w:ind w:left="1440"/>
      </w:pPr>
      <w:r w:rsidRPr="00A37496">
        <w:t>Coating: Low E on #3 surface; Cardinal Glass 270 or Cardinal Glass 366 or equivalent.</w:t>
      </w:r>
    </w:p>
    <w:p w14:paraId="34F81FC5" w14:textId="7AC7D7FF" w:rsidR="00A37496" w:rsidRDefault="00A37496" w:rsidP="00D23498">
      <w:pPr>
        <w:pStyle w:val="ListParagraph"/>
        <w:numPr>
          <w:ilvl w:val="3"/>
          <w:numId w:val="29"/>
        </w:numPr>
        <w:spacing w:after="0" w:line="240" w:lineRule="auto"/>
        <w:ind w:left="1440"/>
      </w:pPr>
      <w:r w:rsidRPr="00A37496">
        <w:t>Coating: Low E on #4 surface; Cardinal Glass i89 or equivalent.</w:t>
      </w:r>
    </w:p>
    <w:p w14:paraId="21575AE5" w14:textId="77777777" w:rsidR="00720B5F" w:rsidRDefault="00720B5F" w:rsidP="00720B5F">
      <w:pPr>
        <w:pStyle w:val="ListParagraph"/>
        <w:spacing w:before="120" w:after="120" w:line="360" w:lineRule="auto"/>
        <w:ind w:left="1710"/>
      </w:pPr>
    </w:p>
    <w:p w14:paraId="2631638A" w14:textId="77777777" w:rsidR="009C3EEA" w:rsidRDefault="00A37496" w:rsidP="009C3EEA">
      <w:pPr>
        <w:pStyle w:val="ListParagraph"/>
        <w:widowControl w:val="0"/>
        <w:numPr>
          <w:ilvl w:val="1"/>
          <w:numId w:val="38"/>
        </w:numPr>
        <w:shd w:val="clear" w:color="auto" w:fill="FFFFFF"/>
        <w:tabs>
          <w:tab w:val="left" w:pos="1080"/>
        </w:tabs>
        <w:autoSpaceDE w:val="0"/>
        <w:autoSpaceDN w:val="0"/>
        <w:adjustRightInd w:val="0"/>
        <w:spacing w:before="120" w:after="120" w:line="360" w:lineRule="auto"/>
      </w:pPr>
      <w:r>
        <w:t>FINISH ON ALUMINUM EXTRUSIONS</w:t>
      </w:r>
    </w:p>
    <w:p w14:paraId="348368A8" w14:textId="7770A1AB" w:rsidR="009C3EEA" w:rsidRDefault="009C3EEA" w:rsidP="00D23498">
      <w:pPr>
        <w:widowControl w:val="0"/>
        <w:shd w:val="clear" w:color="auto" w:fill="FFFFFF"/>
        <w:tabs>
          <w:tab w:val="left" w:pos="900"/>
        </w:tabs>
        <w:autoSpaceDE w:val="0"/>
        <w:autoSpaceDN w:val="0"/>
        <w:adjustRightInd w:val="0"/>
        <w:spacing w:before="120" w:after="120" w:line="360" w:lineRule="auto"/>
        <w:ind w:left="900" w:hanging="360"/>
      </w:pPr>
      <w:r>
        <w:t>A.</w:t>
      </w:r>
      <w:r>
        <w:tab/>
      </w:r>
      <w:r w:rsidR="00A37496">
        <w:t>Application: on clean extrusions free from objectionable surface blemishes; on exposed surfaces visible when installed product's operating sash is closed.</w:t>
      </w:r>
    </w:p>
    <w:p w14:paraId="1CFCF3E3" w14:textId="5332459B" w:rsidR="009C3EEA" w:rsidRDefault="009C3EEA" w:rsidP="00D23498">
      <w:pPr>
        <w:widowControl w:val="0"/>
        <w:shd w:val="clear" w:color="auto" w:fill="FFFFFF"/>
        <w:tabs>
          <w:tab w:val="left" w:pos="900"/>
        </w:tabs>
        <w:autoSpaceDE w:val="0"/>
        <w:autoSpaceDN w:val="0"/>
        <w:adjustRightInd w:val="0"/>
        <w:spacing w:before="120" w:after="120" w:line="360" w:lineRule="auto"/>
        <w:ind w:left="900" w:hanging="360"/>
      </w:pPr>
      <w:r>
        <w:t>B.</w:t>
      </w:r>
      <w:r>
        <w:tab/>
      </w:r>
      <w:r w:rsidR="00A37496">
        <w:t>Electrostatic spray by an Approved Applicator and appropriate oven bake process.</w:t>
      </w:r>
    </w:p>
    <w:p w14:paraId="326F9FF4" w14:textId="546145C9" w:rsidR="009C3EEA" w:rsidRDefault="009C3EEA" w:rsidP="00D23498">
      <w:pPr>
        <w:widowControl w:val="0"/>
        <w:shd w:val="clear" w:color="auto" w:fill="FFFFFF"/>
        <w:tabs>
          <w:tab w:val="left" w:pos="900"/>
        </w:tabs>
        <w:autoSpaceDE w:val="0"/>
        <w:autoSpaceDN w:val="0"/>
        <w:adjustRightInd w:val="0"/>
        <w:spacing w:before="120" w:after="120" w:line="360" w:lineRule="auto"/>
        <w:ind w:left="900" w:hanging="360"/>
      </w:pPr>
      <w:r>
        <w:t>C.</w:t>
      </w:r>
      <w:r w:rsidR="00D23498">
        <w:tab/>
      </w:r>
      <w:r w:rsidR="00A37496">
        <w:t>Coating: Superior Performance Powder coating: One-coat dry system with resin containing 70% fluoropolymer; thermosetting; alternative finishes will not be acceptable.</w:t>
      </w:r>
    </w:p>
    <w:p w14:paraId="506BF888" w14:textId="77777777" w:rsidR="009C3EEA" w:rsidRDefault="009C3EEA" w:rsidP="00D23498">
      <w:pPr>
        <w:widowControl w:val="0"/>
        <w:shd w:val="clear" w:color="auto" w:fill="FFFFFF"/>
        <w:tabs>
          <w:tab w:val="left" w:pos="900"/>
        </w:tabs>
        <w:autoSpaceDE w:val="0"/>
        <w:autoSpaceDN w:val="0"/>
        <w:adjustRightInd w:val="0"/>
        <w:spacing w:before="120" w:after="120" w:line="360" w:lineRule="auto"/>
        <w:ind w:left="900" w:hanging="360"/>
      </w:pPr>
      <w:r>
        <w:t>D.</w:t>
      </w:r>
      <w:r>
        <w:tab/>
      </w:r>
      <w:r w:rsidR="00A37496">
        <w:t>Quality Standard: Conforming to AAMA 2605-13, including 10 years Florida exposure. [AAMA 2604-13, including 5 years Florida exposure.]</w:t>
      </w:r>
    </w:p>
    <w:p w14:paraId="34E50805" w14:textId="77777777" w:rsidR="009C3EEA" w:rsidRDefault="009C3EEA" w:rsidP="00D23498">
      <w:pPr>
        <w:widowControl w:val="0"/>
        <w:shd w:val="clear" w:color="auto" w:fill="FFFFFF"/>
        <w:tabs>
          <w:tab w:val="left" w:pos="900"/>
        </w:tabs>
        <w:autoSpaceDE w:val="0"/>
        <w:autoSpaceDN w:val="0"/>
        <w:adjustRightInd w:val="0"/>
        <w:spacing w:before="120" w:after="120" w:line="360" w:lineRule="auto"/>
        <w:ind w:left="900" w:hanging="360"/>
      </w:pPr>
      <w:r>
        <w:lastRenderedPageBreak/>
        <w:t>E.</w:t>
      </w:r>
      <w:r>
        <w:tab/>
      </w:r>
      <w:r w:rsidR="00A37496">
        <w:t>Pretreatment: Mechanically clean and chemically pretreat fabricated items in accordance with coating manufacturer's requirements and AAMA requirements with a Chrome Free Treatment.</w:t>
      </w:r>
    </w:p>
    <w:p w14:paraId="09FADA8D" w14:textId="77777777" w:rsidR="009C3EEA" w:rsidRDefault="009C3EEA" w:rsidP="00D23498">
      <w:pPr>
        <w:widowControl w:val="0"/>
        <w:shd w:val="clear" w:color="auto" w:fill="FFFFFF"/>
        <w:tabs>
          <w:tab w:val="left" w:pos="900"/>
        </w:tabs>
        <w:autoSpaceDE w:val="0"/>
        <w:autoSpaceDN w:val="0"/>
        <w:adjustRightInd w:val="0"/>
        <w:spacing w:before="120" w:after="120" w:line="360" w:lineRule="auto"/>
        <w:ind w:left="900" w:hanging="360"/>
      </w:pPr>
      <w:r>
        <w:t>F.</w:t>
      </w:r>
      <w:r>
        <w:tab/>
      </w:r>
      <w:r w:rsidR="00A37496">
        <w:t>Coating Quantity: One single color coating, additional coating quantities will not be accepted. This includes, but is not limited to barrier coats, primers and clear coats.</w:t>
      </w:r>
    </w:p>
    <w:p w14:paraId="366AE5FA" w14:textId="77777777" w:rsidR="009C3EEA" w:rsidRDefault="009C3EEA" w:rsidP="00D23498">
      <w:pPr>
        <w:widowControl w:val="0"/>
        <w:shd w:val="clear" w:color="auto" w:fill="FFFFFF"/>
        <w:tabs>
          <w:tab w:val="left" w:pos="900"/>
        </w:tabs>
        <w:autoSpaceDE w:val="0"/>
        <w:autoSpaceDN w:val="0"/>
        <w:adjustRightInd w:val="0"/>
        <w:spacing w:before="120" w:after="120" w:line="360" w:lineRule="auto"/>
        <w:ind w:left="900" w:hanging="360"/>
      </w:pPr>
      <w:r>
        <w:t>G.</w:t>
      </w:r>
      <w:r>
        <w:tab/>
      </w:r>
      <w:r w:rsidR="00A37496">
        <w:t>Dry Film Thickness: Eighty percent of measurements on primary exposed surfaces shall exceed 1.9 mils with a standard thickness range of 1.9 to 3.14 mils, except inside corners and channels.</w:t>
      </w:r>
    </w:p>
    <w:p w14:paraId="62C448D5" w14:textId="77777777" w:rsidR="009C3EEA" w:rsidRDefault="009C3EEA" w:rsidP="00D23498">
      <w:pPr>
        <w:widowControl w:val="0"/>
        <w:shd w:val="clear" w:color="auto" w:fill="FFFFFF"/>
        <w:tabs>
          <w:tab w:val="left" w:pos="900"/>
        </w:tabs>
        <w:autoSpaceDE w:val="0"/>
        <w:autoSpaceDN w:val="0"/>
        <w:adjustRightInd w:val="0"/>
        <w:spacing w:before="120" w:after="120" w:line="360" w:lineRule="auto"/>
        <w:ind w:left="900" w:hanging="360"/>
      </w:pPr>
      <w:r>
        <w:t>H.</w:t>
      </w:r>
      <w:r>
        <w:tab/>
      </w:r>
      <w:r w:rsidR="00A37496">
        <w:t>Environmental Factors: Less than 3% harmful VOC's (Volatile Organic Compounds) emitted during powder coating application process.</w:t>
      </w:r>
    </w:p>
    <w:p w14:paraId="27129D75" w14:textId="77777777" w:rsidR="009C3EEA" w:rsidRDefault="009C3EEA" w:rsidP="00D23498">
      <w:pPr>
        <w:widowControl w:val="0"/>
        <w:shd w:val="clear" w:color="auto" w:fill="FFFFFF"/>
        <w:tabs>
          <w:tab w:val="left" w:pos="900"/>
        </w:tabs>
        <w:autoSpaceDE w:val="0"/>
        <w:autoSpaceDN w:val="0"/>
        <w:adjustRightInd w:val="0"/>
        <w:spacing w:before="120" w:after="120" w:line="360" w:lineRule="auto"/>
        <w:ind w:left="900" w:hanging="360"/>
      </w:pPr>
      <w:r>
        <w:t>I.</w:t>
      </w:r>
      <w:r>
        <w:tab/>
      </w:r>
      <w:r w:rsidR="00A37496">
        <w:t>Color: Chosen from manufacturer's standards.</w:t>
      </w:r>
    </w:p>
    <w:p w14:paraId="65FCCF99" w14:textId="77777777" w:rsidR="009C3EEA" w:rsidRDefault="009C3EEA" w:rsidP="00D23498">
      <w:pPr>
        <w:widowControl w:val="0"/>
        <w:shd w:val="clear" w:color="auto" w:fill="FFFFFF"/>
        <w:tabs>
          <w:tab w:val="left" w:pos="1710"/>
        </w:tabs>
        <w:autoSpaceDE w:val="0"/>
        <w:autoSpaceDN w:val="0"/>
        <w:adjustRightInd w:val="0"/>
        <w:spacing w:after="0" w:line="240" w:lineRule="auto"/>
        <w:ind w:left="1440" w:hanging="360"/>
      </w:pPr>
      <w:r>
        <w:t>1.</w:t>
      </w:r>
      <w:r>
        <w:tab/>
      </w:r>
      <w:r w:rsidR="00A37496" w:rsidRPr="00EA0B82">
        <w:t>Quality Standard: Conforming to AAMA 2604.</w:t>
      </w:r>
      <w:r w:rsidR="00720B5F">
        <w:t xml:space="preserve"> Typical finish for the interior of the window frame.</w:t>
      </w:r>
    </w:p>
    <w:p w14:paraId="597BA00A" w14:textId="77777777" w:rsidR="009C3EEA" w:rsidRDefault="009C3EEA" w:rsidP="00D23498">
      <w:pPr>
        <w:widowControl w:val="0"/>
        <w:shd w:val="clear" w:color="auto" w:fill="FFFFFF"/>
        <w:tabs>
          <w:tab w:val="left" w:pos="1710"/>
        </w:tabs>
        <w:autoSpaceDE w:val="0"/>
        <w:autoSpaceDN w:val="0"/>
        <w:adjustRightInd w:val="0"/>
        <w:spacing w:after="0" w:line="240" w:lineRule="auto"/>
        <w:ind w:left="1440" w:hanging="360"/>
      </w:pPr>
      <w:r>
        <w:t>2.</w:t>
      </w:r>
      <w:r>
        <w:tab/>
      </w:r>
      <w:r w:rsidR="00A37496" w:rsidRPr="00EA0B82">
        <w:t>Quality Standard: Conforming to AAMA 2605.</w:t>
      </w:r>
      <w:r w:rsidR="00720B5F">
        <w:t xml:space="preserve"> Typical finish for the exterior of the window frame.</w:t>
      </w:r>
    </w:p>
    <w:p w14:paraId="50FB9D21" w14:textId="77777777" w:rsidR="009C3EEA" w:rsidRDefault="009C3EEA" w:rsidP="00D23498">
      <w:pPr>
        <w:widowControl w:val="0"/>
        <w:shd w:val="clear" w:color="auto" w:fill="FFFFFF"/>
        <w:tabs>
          <w:tab w:val="left" w:pos="1710"/>
        </w:tabs>
        <w:autoSpaceDE w:val="0"/>
        <w:autoSpaceDN w:val="0"/>
        <w:adjustRightInd w:val="0"/>
        <w:spacing w:after="0" w:line="240" w:lineRule="auto"/>
        <w:ind w:left="1440" w:hanging="360"/>
      </w:pPr>
      <w:r>
        <w:t>3.</w:t>
      </w:r>
      <w:r>
        <w:tab/>
      </w:r>
      <w:r w:rsidR="009B6E0C">
        <w:t>Exterior low-e heat reducing powder coat finish.</w:t>
      </w:r>
    </w:p>
    <w:p w14:paraId="1F929D1D" w14:textId="50AE324C" w:rsidR="000F04FA" w:rsidRDefault="009C3EEA" w:rsidP="00D23498">
      <w:pPr>
        <w:widowControl w:val="0"/>
        <w:shd w:val="clear" w:color="auto" w:fill="FFFFFF"/>
        <w:tabs>
          <w:tab w:val="left" w:pos="1710"/>
        </w:tabs>
        <w:autoSpaceDE w:val="0"/>
        <w:autoSpaceDN w:val="0"/>
        <w:adjustRightInd w:val="0"/>
        <w:spacing w:after="0" w:line="240" w:lineRule="auto"/>
        <w:ind w:left="1440" w:hanging="360"/>
      </w:pPr>
      <w:r>
        <w:t>4.</w:t>
      </w:r>
      <w:r>
        <w:tab/>
      </w:r>
      <w:r w:rsidR="000F04FA">
        <w:t xml:space="preserve">Interior finish with antimicrobial performance. </w:t>
      </w:r>
    </w:p>
    <w:p w14:paraId="15C99C64" w14:textId="77777777" w:rsidR="009374A2" w:rsidRDefault="009374A2" w:rsidP="009374A2">
      <w:pPr>
        <w:pStyle w:val="ListParagraph"/>
        <w:spacing w:after="0" w:line="240" w:lineRule="auto"/>
        <w:ind w:left="1714"/>
      </w:pPr>
    </w:p>
    <w:p w14:paraId="7E55A004" w14:textId="0161CA18" w:rsidR="009F73A5" w:rsidRDefault="004C7E33" w:rsidP="00720B5F">
      <w:pPr>
        <w:spacing w:before="120" w:after="120" w:line="360" w:lineRule="auto"/>
      </w:pPr>
      <w:r>
        <w:rPr>
          <w:b/>
          <w:sz w:val="26"/>
        </w:rPr>
        <w:t>PART 3 – EXECUTION</w:t>
      </w:r>
    </w:p>
    <w:p w14:paraId="71D3FCC1" w14:textId="244C42BF" w:rsidR="00EA0B82" w:rsidRDefault="00EA0B82" w:rsidP="00720B5F">
      <w:pPr>
        <w:pStyle w:val="ListParagraph"/>
        <w:widowControl w:val="0"/>
        <w:numPr>
          <w:ilvl w:val="1"/>
          <w:numId w:val="30"/>
        </w:numPr>
        <w:shd w:val="clear" w:color="auto" w:fill="FFFFFF"/>
        <w:autoSpaceDE w:val="0"/>
        <w:autoSpaceDN w:val="0"/>
        <w:adjustRightInd w:val="0"/>
        <w:spacing w:before="120" w:after="120" w:line="360" w:lineRule="auto"/>
      </w:pPr>
      <w:r>
        <w:t>EXAMINATION</w:t>
      </w:r>
    </w:p>
    <w:p w14:paraId="3E3D7407" w14:textId="77777777" w:rsidR="00EA0B82" w:rsidRDefault="00EA0B82" w:rsidP="00D23498">
      <w:pPr>
        <w:pStyle w:val="ListParagraph"/>
        <w:widowControl w:val="0"/>
        <w:numPr>
          <w:ilvl w:val="0"/>
          <w:numId w:val="31"/>
        </w:numPr>
        <w:shd w:val="clear" w:color="auto" w:fill="FFFFFF"/>
        <w:tabs>
          <w:tab w:val="left" w:pos="900"/>
        </w:tabs>
        <w:autoSpaceDE w:val="0"/>
        <w:autoSpaceDN w:val="0"/>
        <w:adjustRightInd w:val="0"/>
        <w:spacing w:before="120" w:after="120" w:line="360" w:lineRule="auto"/>
        <w:ind w:left="900"/>
      </w:pPr>
      <w:r>
        <w:t>Do not begin installation until substrates have been properly prepared.</w:t>
      </w:r>
    </w:p>
    <w:p w14:paraId="12BC7C82" w14:textId="73311D49" w:rsidR="00EA0B82" w:rsidRDefault="00EA0B82" w:rsidP="00D23498">
      <w:pPr>
        <w:pStyle w:val="ListParagraph"/>
        <w:widowControl w:val="0"/>
        <w:numPr>
          <w:ilvl w:val="0"/>
          <w:numId w:val="31"/>
        </w:numPr>
        <w:shd w:val="clear" w:color="auto" w:fill="FFFFFF"/>
        <w:tabs>
          <w:tab w:val="left" w:pos="900"/>
        </w:tabs>
        <w:autoSpaceDE w:val="0"/>
        <w:autoSpaceDN w:val="0"/>
        <w:adjustRightInd w:val="0"/>
        <w:spacing w:before="120" w:after="120" w:line="360" w:lineRule="auto"/>
        <w:ind w:left="900"/>
      </w:pPr>
      <w:r>
        <w:t>If substrate preparation is the responsibility of another installer, notify Architect of unsatisfactory preparation before proceeding.</w:t>
      </w:r>
    </w:p>
    <w:p w14:paraId="64014D6F" w14:textId="6FAF2E1C" w:rsidR="00EA0B82" w:rsidRDefault="00EA0B82" w:rsidP="00720B5F">
      <w:pPr>
        <w:pStyle w:val="ListParagraph"/>
        <w:widowControl w:val="0"/>
        <w:numPr>
          <w:ilvl w:val="1"/>
          <w:numId w:val="30"/>
        </w:numPr>
        <w:shd w:val="clear" w:color="auto" w:fill="FFFFFF"/>
        <w:autoSpaceDE w:val="0"/>
        <w:autoSpaceDN w:val="0"/>
        <w:adjustRightInd w:val="0"/>
        <w:spacing w:before="120" w:after="120" w:line="360" w:lineRule="auto"/>
      </w:pPr>
      <w:r>
        <w:t>PREPARATION</w:t>
      </w:r>
    </w:p>
    <w:p w14:paraId="21FAF7E9" w14:textId="77777777" w:rsidR="00EA0B82" w:rsidRDefault="00EA0B82" w:rsidP="00D23498">
      <w:pPr>
        <w:pStyle w:val="ListParagraph"/>
        <w:widowControl w:val="0"/>
        <w:numPr>
          <w:ilvl w:val="2"/>
          <w:numId w:val="30"/>
        </w:numPr>
        <w:shd w:val="clear" w:color="auto" w:fill="FFFFFF"/>
        <w:autoSpaceDE w:val="0"/>
        <w:autoSpaceDN w:val="0"/>
        <w:adjustRightInd w:val="0"/>
        <w:spacing w:before="120" w:after="120" w:line="360" w:lineRule="auto"/>
        <w:ind w:left="900" w:hanging="360"/>
      </w:pPr>
      <w:r>
        <w:t>Prepare openings to be in tolerance, plumb, level, provide for secure anchoring, and in accordance with approved shop drawings.</w:t>
      </w:r>
    </w:p>
    <w:p w14:paraId="4431F0DE" w14:textId="7A47725B" w:rsidR="00EA0B82" w:rsidRDefault="00EA0B82" w:rsidP="00D23498">
      <w:pPr>
        <w:pStyle w:val="ListParagraph"/>
        <w:widowControl w:val="0"/>
        <w:numPr>
          <w:ilvl w:val="2"/>
          <w:numId w:val="30"/>
        </w:numPr>
        <w:shd w:val="clear" w:color="auto" w:fill="FFFFFF"/>
        <w:autoSpaceDE w:val="0"/>
        <w:autoSpaceDN w:val="0"/>
        <w:adjustRightInd w:val="0"/>
        <w:spacing w:before="120" w:after="120" w:line="360" w:lineRule="auto"/>
        <w:ind w:left="900" w:hanging="360"/>
      </w:pPr>
      <w:r>
        <w:t>Prepare surfaces using the methods recommended by the manufacturer for achieving the best result for the substrate under the project conditions.</w:t>
      </w:r>
    </w:p>
    <w:p w14:paraId="4AF253CF" w14:textId="77777777" w:rsidR="00EA0B82" w:rsidRDefault="00EA0B82" w:rsidP="00720B5F">
      <w:pPr>
        <w:widowControl w:val="0"/>
        <w:numPr>
          <w:ilvl w:val="1"/>
          <w:numId w:val="30"/>
        </w:numPr>
        <w:shd w:val="clear" w:color="auto" w:fill="FFFFFF"/>
        <w:autoSpaceDE w:val="0"/>
        <w:autoSpaceDN w:val="0"/>
        <w:adjustRightInd w:val="0"/>
        <w:spacing w:before="120" w:after="120" w:line="360" w:lineRule="auto"/>
      </w:pPr>
      <w:r>
        <w:t>INSTALLATION</w:t>
      </w:r>
    </w:p>
    <w:p w14:paraId="502EDC21" w14:textId="77777777" w:rsidR="00EA0B82" w:rsidRDefault="00EA0B82" w:rsidP="00D23498">
      <w:pPr>
        <w:pStyle w:val="ListParagraph"/>
        <w:widowControl w:val="0"/>
        <w:numPr>
          <w:ilvl w:val="2"/>
          <w:numId w:val="30"/>
        </w:numPr>
        <w:shd w:val="clear" w:color="auto" w:fill="FFFFFF"/>
        <w:autoSpaceDE w:val="0"/>
        <w:autoSpaceDN w:val="0"/>
        <w:adjustRightInd w:val="0"/>
        <w:spacing w:before="120" w:after="120" w:line="360" w:lineRule="auto"/>
        <w:ind w:left="900" w:hanging="360"/>
      </w:pPr>
      <w:r>
        <w:t xml:space="preserve">Install windows in accordance with approved shop drawings and window manufacturer's recommendations with skilled craftspeople who have demonstrated a </w:t>
      </w:r>
      <w:r>
        <w:lastRenderedPageBreak/>
        <w:t>successful history of installing windows for a specified number of years. Provide required support and securely fasten and set windows plumb, square, and level without twist or bow. Install in proper relationship with adjacent construction.</w:t>
      </w:r>
    </w:p>
    <w:p w14:paraId="27D0D442" w14:textId="5AFDA850" w:rsidR="00EA0B82" w:rsidRDefault="00EA0B82" w:rsidP="00D23498">
      <w:pPr>
        <w:pStyle w:val="ListParagraph"/>
        <w:widowControl w:val="0"/>
        <w:numPr>
          <w:ilvl w:val="2"/>
          <w:numId w:val="30"/>
        </w:numPr>
        <w:shd w:val="clear" w:color="auto" w:fill="FFFFFF"/>
        <w:autoSpaceDE w:val="0"/>
        <w:autoSpaceDN w:val="0"/>
        <w:adjustRightInd w:val="0"/>
        <w:spacing w:before="120" w:after="120" w:line="360" w:lineRule="auto"/>
        <w:ind w:left="900" w:hanging="360"/>
      </w:pPr>
      <w:r>
        <w:t>Apply sealant per sealant manufacturer's recommendations at joints, wipe off excess, and leave exposed sealant surfaces clean and smooth.</w:t>
      </w:r>
    </w:p>
    <w:p w14:paraId="6A7668F2" w14:textId="678E3E22" w:rsidR="00EA0B82" w:rsidRPr="00EA0B82" w:rsidRDefault="00EA0B82" w:rsidP="00720B5F">
      <w:pPr>
        <w:widowControl w:val="0"/>
        <w:numPr>
          <w:ilvl w:val="1"/>
          <w:numId w:val="30"/>
        </w:numPr>
        <w:shd w:val="clear" w:color="auto" w:fill="FFFFFF"/>
        <w:autoSpaceDE w:val="0"/>
        <w:autoSpaceDN w:val="0"/>
        <w:adjustRightInd w:val="0"/>
        <w:spacing w:before="120" w:after="120" w:line="360" w:lineRule="auto"/>
      </w:pPr>
      <w:r>
        <w:t>FIELD TESTING</w:t>
      </w:r>
      <w:r w:rsidRPr="00EA0B82">
        <w:rPr>
          <w:vanish/>
        </w:rPr>
        <w:t>** NOTE TO SPECIFIER ** Delete if not required.</w:t>
      </w:r>
    </w:p>
    <w:p w14:paraId="0A888875" w14:textId="77777777" w:rsidR="00EA0B82" w:rsidRDefault="00EA0B82" w:rsidP="00D23498">
      <w:pPr>
        <w:pStyle w:val="ListParagraph"/>
        <w:widowControl w:val="0"/>
        <w:numPr>
          <w:ilvl w:val="2"/>
          <w:numId w:val="30"/>
        </w:numPr>
        <w:shd w:val="clear" w:color="auto" w:fill="FFFFFF"/>
        <w:autoSpaceDE w:val="0"/>
        <w:autoSpaceDN w:val="0"/>
        <w:adjustRightInd w:val="0"/>
        <w:spacing w:before="120" w:after="120" w:line="360" w:lineRule="auto"/>
        <w:ind w:left="900" w:hanging="360"/>
      </w:pPr>
      <w:r>
        <w:t>Test installed units in conformance with AAMA 502-12 minimum requirements for air and water infiltration with the window manufacturer, dealer, Contractor, and Owner present.</w:t>
      </w:r>
    </w:p>
    <w:p w14:paraId="62F48D6B" w14:textId="5F95A284" w:rsidR="00EA0B82" w:rsidRDefault="00EA0B82" w:rsidP="00D23498">
      <w:pPr>
        <w:pStyle w:val="ListParagraph"/>
        <w:widowControl w:val="0"/>
        <w:numPr>
          <w:ilvl w:val="2"/>
          <w:numId w:val="30"/>
        </w:numPr>
        <w:shd w:val="clear" w:color="auto" w:fill="FFFFFF"/>
        <w:autoSpaceDE w:val="0"/>
        <w:autoSpaceDN w:val="0"/>
        <w:adjustRightInd w:val="0"/>
        <w:spacing w:before="120" w:after="120" w:line="360" w:lineRule="auto"/>
        <w:ind w:left="900" w:hanging="360"/>
      </w:pPr>
      <w:r>
        <w:t xml:space="preserve">Select test units as directed by the owner's representative and use an AAMA-accredited laboratory provided by the Owner or Contractor </w:t>
      </w:r>
      <w:r w:rsidRPr="00FE5E65">
        <w:t>not to be tested higher than 8psf or 2/3</w:t>
      </w:r>
      <w:r w:rsidRPr="00EA0B82">
        <w:rPr>
          <w:vertAlign w:val="superscript"/>
        </w:rPr>
        <w:t>rd</w:t>
      </w:r>
      <w:r w:rsidRPr="00FE5E65">
        <w:t xml:space="preserve"> reduction of 12 psf.</w:t>
      </w:r>
    </w:p>
    <w:p w14:paraId="5AE22633" w14:textId="77777777" w:rsidR="00EA0B82" w:rsidRDefault="00EA0B82" w:rsidP="00720B5F">
      <w:pPr>
        <w:widowControl w:val="0"/>
        <w:numPr>
          <w:ilvl w:val="1"/>
          <w:numId w:val="30"/>
        </w:numPr>
        <w:shd w:val="clear" w:color="auto" w:fill="FFFFFF"/>
        <w:autoSpaceDE w:val="0"/>
        <w:autoSpaceDN w:val="0"/>
        <w:adjustRightInd w:val="0"/>
        <w:spacing w:before="120" w:after="120" w:line="360" w:lineRule="auto"/>
      </w:pPr>
      <w:r>
        <w:t>ADJUSTING</w:t>
      </w:r>
    </w:p>
    <w:p w14:paraId="30E054AF" w14:textId="77777777" w:rsidR="00EA0B82" w:rsidRDefault="00EA0B82" w:rsidP="00D23498">
      <w:pPr>
        <w:widowControl w:val="0"/>
        <w:numPr>
          <w:ilvl w:val="2"/>
          <w:numId w:val="30"/>
        </w:numPr>
        <w:shd w:val="clear" w:color="auto" w:fill="FFFFFF"/>
        <w:autoSpaceDE w:val="0"/>
        <w:autoSpaceDN w:val="0"/>
        <w:adjustRightInd w:val="0"/>
        <w:spacing w:before="120" w:after="120" w:line="360" w:lineRule="auto"/>
        <w:ind w:left="900" w:hanging="360"/>
      </w:pPr>
      <w:r>
        <w:t>Adjust windows as necessary for smooth and weathertight operation.</w:t>
      </w:r>
    </w:p>
    <w:p w14:paraId="291D9578" w14:textId="77777777" w:rsidR="00EA0B82" w:rsidRDefault="00EA0B82" w:rsidP="00720B5F">
      <w:pPr>
        <w:widowControl w:val="0"/>
        <w:numPr>
          <w:ilvl w:val="1"/>
          <w:numId w:val="30"/>
        </w:numPr>
        <w:shd w:val="clear" w:color="auto" w:fill="FFFFFF"/>
        <w:autoSpaceDE w:val="0"/>
        <w:autoSpaceDN w:val="0"/>
        <w:adjustRightInd w:val="0"/>
        <w:spacing w:before="120" w:after="120" w:line="360" w:lineRule="auto"/>
      </w:pPr>
      <w:r>
        <w:t>CLEANING</w:t>
      </w:r>
    </w:p>
    <w:p w14:paraId="7506172D" w14:textId="77777777" w:rsidR="00EA0B82" w:rsidRDefault="00EA0B82" w:rsidP="00D23498">
      <w:pPr>
        <w:widowControl w:val="0"/>
        <w:numPr>
          <w:ilvl w:val="2"/>
          <w:numId w:val="30"/>
        </w:numPr>
        <w:shd w:val="clear" w:color="auto" w:fill="FFFFFF"/>
        <w:autoSpaceDE w:val="0"/>
        <w:autoSpaceDN w:val="0"/>
        <w:adjustRightInd w:val="0"/>
        <w:spacing w:before="120" w:after="120" w:line="360" w:lineRule="auto"/>
        <w:ind w:left="900" w:hanging="360"/>
      </w:pPr>
      <w:r>
        <w:t>Peel the Preserve protective film from the window or door glass surfaces when the window or door installation is complete, leaving these surfaces ready for use without the need for glass cleaning.</w:t>
      </w:r>
    </w:p>
    <w:p w14:paraId="6EF81178" w14:textId="13F49ED4" w:rsidR="001C2E7C" w:rsidRPr="001C2E7C" w:rsidRDefault="001C2E7C" w:rsidP="00D23498">
      <w:pPr>
        <w:widowControl w:val="0"/>
        <w:numPr>
          <w:ilvl w:val="2"/>
          <w:numId w:val="30"/>
        </w:numPr>
        <w:shd w:val="clear" w:color="auto" w:fill="FFFFFF"/>
        <w:autoSpaceDE w:val="0"/>
        <w:autoSpaceDN w:val="0"/>
        <w:adjustRightInd w:val="0"/>
        <w:spacing w:before="120" w:after="120" w:line="360" w:lineRule="auto"/>
        <w:ind w:left="900" w:hanging="360"/>
      </w:pPr>
      <w:r w:rsidRPr="001C2E7C">
        <w:t>Remove protection film applied to the window frames once window installation is complete.</w:t>
      </w:r>
    </w:p>
    <w:p w14:paraId="70E94671" w14:textId="77777777" w:rsidR="009B6E0C" w:rsidRDefault="00EA0B82" w:rsidP="00D23498">
      <w:pPr>
        <w:widowControl w:val="0"/>
        <w:numPr>
          <w:ilvl w:val="2"/>
          <w:numId w:val="30"/>
        </w:numPr>
        <w:shd w:val="clear" w:color="auto" w:fill="FFFFFF"/>
        <w:autoSpaceDE w:val="0"/>
        <w:autoSpaceDN w:val="0"/>
        <w:adjustRightInd w:val="0"/>
        <w:spacing w:before="120" w:after="120" w:line="360" w:lineRule="auto"/>
        <w:ind w:left="900" w:hanging="360"/>
      </w:pPr>
      <w:r>
        <w:t>Leave the installed windows and doors clean and free of construction debris.</w:t>
      </w:r>
    </w:p>
    <w:p w14:paraId="4DC8EFF1" w14:textId="5A67B618" w:rsidR="00EA0B82" w:rsidRDefault="009B6E0C" w:rsidP="00D23498">
      <w:pPr>
        <w:widowControl w:val="0"/>
        <w:numPr>
          <w:ilvl w:val="2"/>
          <w:numId w:val="30"/>
        </w:numPr>
        <w:shd w:val="clear" w:color="auto" w:fill="FFFFFF"/>
        <w:autoSpaceDE w:val="0"/>
        <w:autoSpaceDN w:val="0"/>
        <w:adjustRightInd w:val="0"/>
        <w:spacing w:before="120" w:after="120" w:line="360" w:lineRule="auto"/>
        <w:ind w:left="900" w:hanging="360"/>
      </w:pPr>
      <w:r>
        <w:t>After installation, all maintenance and cleaning must be complete from the interior side of the window.</w:t>
      </w:r>
    </w:p>
    <w:p w14:paraId="30A9DB7A" w14:textId="77777777" w:rsidR="00EA0B82" w:rsidRDefault="00EA0B82" w:rsidP="00720B5F">
      <w:pPr>
        <w:widowControl w:val="0"/>
        <w:numPr>
          <w:ilvl w:val="1"/>
          <w:numId w:val="30"/>
        </w:numPr>
        <w:shd w:val="clear" w:color="auto" w:fill="FFFFFF"/>
        <w:autoSpaceDE w:val="0"/>
        <w:autoSpaceDN w:val="0"/>
        <w:adjustRightInd w:val="0"/>
        <w:spacing w:before="120" w:after="120" w:line="360" w:lineRule="auto"/>
      </w:pPr>
      <w:r>
        <w:t>PROTECTION</w:t>
      </w:r>
    </w:p>
    <w:p w14:paraId="7E0C9E9B" w14:textId="77777777" w:rsidR="00EA0B82" w:rsidRDefault="00EA0B82" w:rsidP="00D23498">
      <w:pPr>
        <w:widowControl w:val="0"/>
        <w:numPr>
          <w:ilvl w:val="2"/>
          <w:numId w:val="30"/>
        </w:numPr>
        <w:shd w:val="clear" w:color="auto" w:fill="FFFFFF"/>
        <w:autoSpaceDE w:val="0"/>
        <w:autoSpaceDN w:val="0"/>
        <w:adjustRightInd w:val="0"/>
        <w:spacing w:before="120" w:after="120" w:line="360" w:lineRule="auto"/>
        <w:ind w:left="900" w:hanging="360"/>
      </w:pPr>
      <w:r>
        <w:t>Protect installed products until completion of project.</w:t>
      </w:r>
    </w:p>
    <w:p w14:paraId="10E29877" w14:textId="4E4667E5" w:rsidR="00EA0B82" w:rsidRDefault="00EA0B82" w:rsidP="00D23498">
      <w:pPr>
        <w:widowControl w:val="0"/>
        <w:numPr>
          <w:ilvl w:val="2"/>
          <w:numId w:val="30"/>
        </w:numPr>
        <w:shd w:val="clear" w:color="auto" w:fill="FFFFFF"/>
        <w:autoSpaceDE w:val="0"/>
        <w:autoSpaceDN w:val="0"/>
        <w:adjustRightInd w:val="0"/>
        <w:spacing w:before="120" w:after="120" w:line="360" w:lineRule="auto"/>
        <w:ind w:left="900" w:hanging="360"/>
      </w:pPr>
      <w:r>
        <w:t>Touch-up, repair or replace damaged products before Substantial Completion.</w:t>
      </w:r>
    </w:p>
    <w:p w14:paraId="7232CB40" w14:textId="7AA25C6C" w:rsidR="009F73A5" w:rsidRDefault="009F73A5" w:rsidP="00720B5F">
      <w:pPr>
        <w:spacing w:before="120" w:after="120" w:line="360" w:lineRule="auto"/>
      </w:pPr>
    </w:p>
    <w:sectPr w:rsidR="009F73A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C7CBD"/>
    <w:multiLevelType w:val="hybridMultilevel"/>
    <w:tmpl w:val="DB4EF6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3B2498"/>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1" w15:restartNumberingAfterBreak="0">
    <w:nsid w:val="12AC0378"/>
    <w:multiLevelType w:val="hybridMultilevel"/>
    <w:tmpl w:val="C0F2927C"/>
    <w:lvl w:ilvl="0" w:tplc="522608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9652A1"/>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3" w15:restartNumberingAfterBreak="0">
    <w:nsid w:val="1AB41F52"/>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4" w15:restartNumberingAfterBreak="0">
    <w:nsid w:val="1B302B5B"/>
    <w:multiLevelType w:val="hybridMultilevel"/>
    <w:tmpl w:val="40683EAA"/>
    <w:lvl w:ilvl="0" w:tplc="F04E5F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D7137DF"/>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16" w15:restartNumberingAfterBreak="0">
    <w:nsid w:val="20550FC1"/>
    <w:multiLevelType w:val="hybridMultilevel"/>
    <w:tmpl w:val="1D3E3E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3E3C10"/>
    <w:multiLevelType w:val="hybridMultilevel"/>
    <w:tmpl w:val="8A8463FA"/>
    <w:lvl w:ilvl="0" w:tplc="7D9098CE">
      <w:start w:val="12"/>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25C539B4"/>
    <w:multiLevelType w:val="multilevel"/>
    <w:tmpl w:val="1CF070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3."/>
      <w:lvlJc w:val="left"/>
      <w:pPr>
        <w:ind w:left="720" w:hanging="720"/>
      </w:pPr>
      <w:rPr>
        <w:rFonts w:ascii="Calibri" w:eastAsiaTheme="minorEastAsia" w:hAnsi="Calibri" w:cstheme="minorBid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6F1F468"/>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0" w15:restartNumberingAfterBreak="0">
    <w:nsid w:val="38097B61"/>
    <w:multiLevelType w:val="hybridMultilevel"/>
    <w:tmpl w:val="8FCC1262"/>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5D07C2"/>
    <w:multiLevelType w:val="multilevel"/>
    <w:tmpl w:val="DB98D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3."/>
      <w:lvlJc w:val="left"/>
      <w:pPr>
        <w:ind w:left="720" w:hanging="720"/>
      </w:pPr>
      <w:rPr>
        <w:rFonts w:ascii="Calibri" w:eastAsiaTheme="minorEastAsia" w:hAnsi="Calibri" w:cstheme="minorBidi"/>
      </w:rPr>
    </w:lvl>
    <w:lvl w:ilvl="3">
      <w:start w:val="1"/>
      <w:numFmt w:val="decimal"/>
      <w:lvlText w:val="%4."/>
      <w:lvlJc w:val="left"/>
      <w:pPr>
        <w:ind w:left="720" w:hanging="720"/>
      </w:pPr>
      <w:rPr>
        <w:rFonts w:ascii="Calibri" w:eastAsiaTheme="minorEastAsia" w:hAnsi="Calibri" w:cstheme="minorBidi"/>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96D0E30"/>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3" w15:restartNumberingAfterBreak="0">
    <w:nsid w:val="49BE3538"/>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4" w15:restartNumberingAfterBreak="0">
    <w:nsid w:val="4AA97EF7"/>
    <w:multiLevelType w:val="hybridMultilevel"/>
    <w:tmpl w:val="DD28E192"/>
    <w:lvl w:ilvl="0" w:tplc="9D567408">
      <w:start w:val="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38555E"/>
    <w:multiLevelType w:val="hybridMultilevel"/>
    <w:tmpl w:val="481E0A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6024A"/>
    <w:multiLevelType w:val="hybridMultilevel"/>
    <w:tmpl w:val="75746C7E"/>
    <w:lvl w:ilvl="0" w:tplc="1E52A1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D97246"/>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8" w15:restartNumberingAfterBreak="0">
    <w:nsid w:val="62E81492"/>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29" w15:restartNumberingAfterBreak="0">
    <w:nsid w:val="663013C7"/>
    <w:multiLevelType w:val="hybridMultilevel"/>
    <w:tmpl w:val="F5B839DA"/>
    <w:lvl w:ilvl="0" w:tplc="09985C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69E7717"/>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31" w15:restartNumberingAfterBreak="0">
    <w:nsid w:val="695BB4ED"/>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32" w15:restartNumberingAfterBreak="0">
    <w:nsid w:val="6A533AB1"/>
    <w:multiLevelType w:val="multilevel"/>
    <w:tmpl w:val="B3A07D9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B6C5458"/>
    <w:multiLevelType w:val="multilevel"/>
    <w:tmpl w:val="D4C2AB6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E4C1D8F"/>
    <w:multiLevelType w:val="multilevel"/>
    <w:tmpl w:val="3E1C430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435D7F"/>
    <w:multiLevelType w:val="multilevel"/>
    <w:tmpl w:val="FFFFFFFF"/>
    <w:lvl w:ilvl="0">
      <w:start w:val="1"/>
      <w:numFmt w:val="decimal"/>
      <w:lvlText w:val=""/>
      <w:lvlJc w:val="left"/>
      <w:pPr>
        <w:ind w:left="-480"/>
      </w:pPr>
      <w:rPr>
        <w:rFonts w:cs="Times New Roman"/>
      </w:rPr>
    </w:lvl>
    <w:lvl w:ilvl="1">
      <w:start w:val="1"/>
      <w:numFmt w:val="decimal"/>
      <w:lvlText w:val="%1.%2"/>
      <w:lvlJc w:val="left"/>
      <w:pPr>
        <w:ind w:left="720" w:hanging="720"/>
      </w:pPr>
      <w:rPr>
        <w:rFonts w:cs="Times New Roman"/>
      </w:rPr>
    </w:lvl>
    <w:lvl w:ilvl="2">
      <w:start w:val="1"/>
      <w:numFmt w:val="upperLetter"/>
      <w:lvlText w:val="%3."/>
      <w:lvlJc w:val="left"/>
      <w:pPr>
        <w:ind w:left="1440" w:hanging="720"/>
      </w:pPr>
      <w:rPr>
        <w:rFonts w:cs="Times New Roman"/>
      </w:rPr>
    </w:lvl>
    <w:lvl w:ilvl="3">
      <w:start w:val="1"/>
      <w:numFmt w:val="decimal"/>
      <w:lvlText w:val="%4."/>
      <w:lvlJc w:val="left"/>
      <w:pPr>
        <w:ind w:left="2160" w:hanging="720"/>
      </w:pPr>
      <w:rPr>
        <w:rFonts w:cs="Times New Roman"/>
      </w:rPr>
    </w:lvl>
    <w:lvl w:ilvl="4">
      <w:start w:val="1"/>
      <w:numFmt w:val="lowerLetter"/>
      <w:lvlText w:val="%5."/>
      <w:lvlJc w:val="left"/>
      <w:pPr>
        <w:ind w:left="2880" w:hanging="720"/>
      </w:pPr>
      <w:rPr>
        <w:rFonts w:cs="Times New Roman"/>
      </w:rPr>
    </w:lvl>
    <w:lvl w:ilvl="5">
      <w:start w:val="1"/>
      <w:numFmt w:val="decimal"/>
      <w:lvlText w:val="%1."/>
      <w:lvlJc w:val="left"/>
      <w:rPr>
        <w:rFonts w:cs="Times New Roman"/>
      </w:rPr>
    </w:lvl>
    <w:lvl w:ilvl="6">
      <w:start w:val="1"/>
      <w:numFmt w:val="decimal"/>
      <w:lvlText w:val="%1."/>
      <w:lvlJc w:val="left"/>
      <w:rPr>
        <w:rFonts w:cs="Times New Roman"/>
      </w:rPr>
    </w:lvl>
    <w:lvl w:ilvl="7">
      <w:start w:val="1"/>
      <w:numFmt w:val="decimal"/>
      <w:lvlText w:val="%1."/>
      <w:lvlJc w:val="left"/>
      <w:rPr>
        <w:rFonts w:cs="Times New Roman"/>
      </w:rPr>
    </w:lvl>
    <w:lvl w:ilvl="8">
      <w:start w:val="1"/>
      <w:numFmt w:val="decimal"/>
      <w:lvlText w:val="%1."/>
      <w:lvlJc w:val="left"/>
      <w:rPr>
        <w:rFonts w:cs="Times New Roman"/>
      </w:rPr>
    </w:lvl>
  </w:abstractNum>
  <w:abstractNum w:abstractNumId="36" w15:restartNumberingAfterBreak="0">
    <w:nsid w:val="74F52924"/>
    <w:multiLevelType w:val="hybridMultilevel"/>
    <w:tmpl w:val="BD6677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2872C6"/>
    <w:multiLevelType w:val="hybridMultilevel"/>
    <w:tmpl w:val="A08212E6"/>
    <w:lvl w:ilvl="0" w:tplc="18B06D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95885607">
    <w:abstractNumId w:val="8"/>
  </w:num>
  <w:num w:numId="2" w16cid:durableId="1584945557">
    <w:abstractNumId w:val="6"/>
  </w:num>
  <w:num w:numId="3" w16cid:durableId="1935359031">
    <w:abstractNumId w:val="5"/>
  </w:num>
  <w:num w:numId="4" w16cid:durableId="29889863">
    <w:abstractNumId w:val="4"/>
  </w:num>
  <w:num w:numId="5" w16cid:durableId="561646584">
    <w:abstractNumId w:val="7"/>
  </w:num>
  <w:num w:numId="6" w16cid:durableId="312683761">
    <w:abstractNumId w:val="3"/>
  </w:num>
  <w:num w:numId="7" w16cid:durableId="523446371">
    <w:abstractNumId w:val="2"/>
  </w:num>
  <w:num w:numId="8" w16cid:durableId="1926065298">
    <w:abstractNumId w:val="1"/>
  </w:num>
  <w:num w:numId="9" w16cid:durableId="1713462365">
    <w:abstractNumId w:val="0"/>
  </w:num>
  <w:num w:numId="10" w16cid:durableId="1185364872">
    <w:abstractNumId w:val="28"/>
  </w:num>
  <w:num w:numId="11" w16cid:durableId="1388066830">
    <w:abstractNumId w:val="17"/>
  </w:num>
  <w:num w:numId="12" w16cid:durableId="463012554">
    <w:abstractNumId w:val="15"/>
  </w:num>
  <w:num w:numId="13" w16cid:durableId="188032884">
    <w:abstractNumId w:val="35"/>
  </w:num>
  <w:num w:numId="14" w16cid:durableId="885217154">
    <w:abstractNumId w:val="12"/>
  </w:num>
  <w:num w:numId="15" w16cid:durableId="1739091594">
    <w:abstractNumId w:val="23"/>
  </w:num>
  <w:num w:numId="16" w16cid:durableId="1726370958">
    <w:abstractNumId w:val="34"/>
  </w:num>
  <w:num w:numId="17" w16cid:durableId="1951088336">
    <w:abstractNumId w:val="22"/>
  </w:num>
  <w:num w:numId="18" w16cid:durableId="1863738238">
    <w:abstractNumId w:val="30"/>
  </w:num>
  <w:num w:numId="19" w16cid:durableId="963576809">
    <w:abstractNumId w:val="13"/>
  </w:num>
  <w:num w:numId="20" w16cid:durableId="917667469">
    <w:abstractNumId w:val="21"/>
  </w:num>
  <w:num w:numId="21" w16cid:durableId="930167227">
    <w:abstractNumId w:val="29"/>
  </w:num>
  <w:num w:numId="22" w16cid:durableId="65037177">
    <w:abstractNumId w:val="10"/>
  </w:num>
  <w:num w:numId="23" w16cid:durableId="1940064035">
    <w:abstractNumId w:val="14"/>
  </w:num>
  <w:num w:numId="24" w16cid:durableId="453332536">
    <w:abstractNumId w:val="26"/>
  </w:num>
  <w:num w:numId="25" w16cid:durableId="1948191059">
    <w:abstractNumId w:val="36"/>
  </w:num>
  <w:num w:numId="26" w16cid:durableId="869339998">
    <w:abstractNumId w:val="11"/>
  </w:num>
  <w:num w:numId="27" w16cid:durableId="1736008907">
    <w:abstractNumId w:val="16"/>
  </w:num>
  <w:num w:numId="28" w16cid:durableId="399982599">
    <w:abstractNumId w:val="37"/>
  </w:num>
  <w:num w:numId="29" w16cid:durableId="492836734">
    <w:abstractNumId w:val="9"/>
  </w:num>
  <w:num w:numId="30" w16cid:durableId="1110314548">
    <w:abstractNumId w:val="18"/>
  </w:num>
  <w:num w:numId="31" w16cid:durableId="1770390074">
    <w:abstractNumId w:val="25"/>
  </w:num>
  <w:num w:numId="32" w16cid:durableId="1448042285">
    <w:abstractNumId w:val="27"/>
  </w:num>
  <w:num w:numId="33" w16cid:durableId="1719238108">
    <w:abstractNumId w:val="31"/>
  </w:num>
  <w:num w:numId="34" w16cid:durableId="405306531">
    <w:abstractNumId w:val="24"/>
  </w:num>
  <w:num w:numId="35" w16cid:durableId="2051607200">
    <w:abstractNumId w:val="19"/>
  </w:num>
  <w:num w:numId="36" w16cid:durableId="15932312">
    <w:abstractNumId w:val="20"/>
  </w:num>
  <w:num w:numId="37" w16cid:durableId="1561094124">
    <w:abstractNumId w:val="32"/>
  </w:num>
  <w:num w:numId="38" w16cid:durableId="4313904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1247"/>
    <w:rsid w:val="0008138A"/>
    <w:rsid w:val="00097D1C"/>
    <w:rsid w:val="000F04FA"/>
    <w:rsid w:val="00140A13"/>
    <w:rsid w:val="0015074B"/>
    <w:rsid w:val="001C2E7C"/>
    <w:rsid w:val="00254C81"/>
    <w:rsid w:val="002867B1"/>
    <w:rsid w:val="0029639D"/>
    <w:rsid w:val="002A43C9"/>
    <w:rsid w:val="00326F90"/>
    <w:rsid w:val="0034557A"/>
    <w:rsid w:val="0035490A"/>
    <w:rsid w:val="003825EA"/>
    <w:rsid w:val="003D16F7"/>
    <w:rsid w:val="004026C9"/>
    <w:rsid w:val="00465AAA"/>
    <w:rsid w:val="004C7E33"/>
    <w:rsid w:val="004D4793"/>
    <w:rsid w:val="004D5AC6"/>
    <w:rsid w:val="004E6711"/>
    <w:rsid w:val="00535D68"/>
    <w:rsid w:val="00545F38"/>
    <w:rsid w:val="005C008D"/>
    <w:rsid w:val="005C55B7"/>
    <w:rsid w:val="005D5C12"/>
    <w:rsid w:val="005E20AC"/>
    <w:rsid w:val="006A46B6"/>
    <w:rsid w:val="006B189B"/>
    <w:rsid w:val="00720B5F"/>
    <w:rsid w:val="007A3C1E"/>
    <w:rsid w:val="007C1714"/>
    <w:rsid w:val="00805C98"/>
    <w:rsid w:val="00842DF0"/>
    <w:rsid w:val="00844830"/>
    <w:rsid w:val="00856AFE"/>
    <w:rsid w:val="008979CD"/>
    <w:rsid w:val="008C1961"/>
    <w:rsid w:val="008C1B45"/>
    <w:rsid w:val="008E065D"/>
    <w:rsid w:val="009374A2"/>
    <w:rsid w:val="009B6E0C"/>
    <w:rsid w:val="009C3EEA"/>
    <w:rsid w:val="009E4C78"/>
    <w:rsid w:val="009F73A5"/>
    <w:rsid w:val="00A16F43"/>
    <w:rsid w:val="00A2109D"/>
    <w:rsid w:val="00A2543F"/>
    <w:rsid w:val="00A3242F"/>
    <w:rsid w:val="00A37496"/>
    <w:rsid w:val="00A57141"/>
    <w:rsid w:val="00AA1D8D"/>
    <w:rsid w:val="00AA72ED"/>
    <w:rsid w:val="00AC4554"/>
    <w:rsid w:val="00B21480"/>
    <w:rsid w:val="00B34B5D"/>
    <w:rsid w:val="00B47730"/>
    <w:rsid w:val="00B71426"/>
    <w:rsid w:val="00BD2B0C"/>
    <w:rsid w:val="00CB0664"/>
    <w:rsid w:val="00CE135F"/>
    <w:rsid w:val="00D23498"/>
    <w:rsid w:val="00D82AB2"/>
    <w:rsid w:val="00D94D72"/>
    <w:rsid w:val="00E16555"/>
    <w:rsid w:val="00E34294"/>
    <w:rsid w:val="00E427B4"/>
    <w:rsid w:val="00E5678E"/>
    <w:rsid w:val="00E57E57"/>
    <w:rsid w:val="00E93898"/>
    <w:rsid w:val="00EA0B82"/>
    <w:rsid w:val="00EF0CDD"/>
    <w:rsid w:val="00F27F23"/>
    <w:rsid w:val="00F34B49"/>
    <w:rsid w:val="00F435AB"/>
    <w:rsid w:val="00F5046C"/>
    <w:rsid w:val="00F52E44"/>
    <w:rsid w:val="00F67976"/>
    <w:rsid w:val="00FC693F"/>
    <w:rsid w:val="00FD7DB2"/>
    <w:rsid w:val="00FF1A92"/>
    <w:rsid w:val="00FF4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2936B7"/>
  <w14:defaultImageDpi w14:val="300"/>
  <w15:docId w15:val="{83031ED9-8B9E-4B20-B0F3-E8D142C1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34B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eerlessproducts.com" TargetMode="External"/><Relationship Id="rId3" Type="http://schemas.openxmlformats.org/officeDocument/2006/relationships/styles" Target="styles.xml"/><Relationship Id="rId7" Type="http://schemas.openxmlformats.org/officeDocument/2006/relationships/hyperlink" Target="mailto:info@peerlessproduct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peerlessproducts.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3067</Words>
  <Characters>17483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Autumn Dowell</cp:lastModifiedBy>
  <cp:revision>26</cp:revision>
  <dcterms:created xsi:type="dcterms:W3CDTF">2026-06-10T14:15:00Z</dcterms:created>
  <dcterms:modified xsi:type="dcterms:W3CDTF">2026-08-18T13:30:00Z</dcterms:modified>
  <cp:category/>
</cp:coreProperties>
</file>